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97D91" w14:textId="77777777" w:rsidR="00DF20CE" w:rsidRPr="00525AF9" w:rsidRDefault="00DD0F9C">
      <w:pPr>
        <w:spacing w:after="20"/>
        <w:jc w:val="right"/>
        <w:rPr>
          <w:sz w:val="18"/>
        </w:rPr>
      </w:pPr>
      <w:r w:rsidRPr="00525AF9">
        <w:rPr>
          <w:b/>
          <w:color w:val="1F1F1F"/>
          <w:sz w:val="16"/>
        </w:rPr>
        <w:t>დანართი 2</w:t>
      </w:r>
    </w:p>
    <w:p w14:paraId="5C82DCF5" w14:textId="77777777" w:rsidR="00DF20CE" w:rsidRPr="00525AF9" w:rsidRDefault="00DD0F9C">
      <w:pPr>
        <w:spacing w:after="140"/>
        <w:jc w:val="right"/>
        <w:rPr>
          <w:sz w:val="18"/>
        </w:rPr>
      </w:pPr>
      <w:r w:rsidRPr="00525AF9">
        <w:rPr>
          <w:color w:val="1F1F1F"/>
          <w:sz w:val="16"/>
        </w:rPr>
        <w:t>დამტკიცებულია</w:t>
      </w:r>
      <w:r w:rsidRPr="00525AF9">
        <w:rPr>
          <w:color w:val="1F1F1F"/>
          <w:sz w:val="16"/>
        </w:rPr>
        <w:br/>
        <w:t>ქალაქ ბათუმის მუნიციპალიტეტის მერის</w:t>
      </w:r>
      <w:r w:rsidRPr="00525AF9">
        <w:rPr>
          <w:color w:val="1F1F1F"/>
          <w:sz w:val="16"/>
        </w:rPr>
        <w:br/>
        <w:t>2026 წლის ____ __________ №_____ ბრძანებით</w:t>
      </w:r>
    </w:p>
    <w:p w14:paraId="23638AD2" w14:textId="77777777" w:rsidR="00DF20CE" w:rsidRPr="00525AF9" w:rsidRDefault="00DD0F9C">
      <w:pPr>
        <w:spacing w:after="20" w:line="252" w:lineRule="auto"/>
        <w:jc w:val="center"/>
        <w:rPr>
          <w:sz w:val="16"/>
        </w:rPr>
      </w:pPr>
      <w:r w:rsidRPr="00525AF9">
        <w:rPr>
          <w:b/>
          <w:color w:val="1F4E78"/>
          <w:sz w:val="22"/>
        </w:rPr>
        <w:t>ახალგაზრდული კლიმატური ინიციატივის</w:t>
      </w:r>
      <w:r w:rsidRPr="00525AF9">
        <w:rPr>
          <w:b/>
          <w:color w:val="1F4E78"/>
          <w:sz w:val="22"/>
        </w:rPr>
        <w:br/>
        <w:t>დაფინანსების განაცხადის ფორმა</w:t>
      </w:r>
    </w:p>
    <w:p w14:paraId="3CD153FC" w14:textId="77777777" w:rsidR="00DF20CE" w:rsidRPr="00525AF9" w:rsidRDefault="00DD0F9C">
      <w:pPr>
        <w:spacing w:after="160"/>
        <w:jc w:val="center"/>
        <w:rPr>
          <w:b/>
          <w:color w:val="1F4E78"/>
        </w:rPr>
      </w:pPr>
      <w:r w:rsidRPr="00525AF9">
        <w:rPr>
          <w:b/>
          <w:color w:val="1F4E78"/>
        </w:rPr>
        <w:t>Youth Climate Action Fund (YCAF)</w:t>
      </w:r>
    </w:p>
    <w:p w14:paraId="458FBF24" w14:textId="77777777" w:rsidR="004F21F1" w:rsidRPr="00525AF9" w:rsidRDefault="004F21F1">
      <w:pPr>
        <w:spacing w:after="160"/>
        <w:jc w:val="center"/>
        <w:rPr>
          <w:sz w:val="18"/>
        </w:rPr>
      </w:pPr>
    </w:p>
    <w:p w14:paraId="36A4A4B1" w14:textId="77777777" w:rsidR="00DF20CE" w:rsidRPr="00525AF9" w:rsidRDefault="00DD0F9C">
      <w:pPr>
        <w:spacing w:after="0"/>
        <w:jc w:val="right"/>
        <w:rPr>
          <w:b/>
          <w:sz w:val="24"/>
        </w:rPr>
      </w:pPr>
      <w:r w:rsidRPr="00525AF9">
        <w:rPr>
          <w:b/>
          <w:color w:val="1F1F1F"/>
          <w:sz w:val="22"/>
        </w:rPr>
        <w:t>ქალაქ ბათუმის მუნიციპალიტეტის მერს</w:t>
      </w:r>
    </w:p>
    <w:p w14:paraId="654EE142" w14:textId="77777777" w:rsidR="00DF20CE" w:rsidRPr="00525AF9" w:rsidRDefault="00DD0F9C">
      <w:pPr>
        <w:spacing w:after="120"/>
        <w:jc w:val="right"/>
        <w:rPr>
          <w:b/>
          <w:sz w:val="24"/>
        </w:rPr>
      </w:pPr>
      <w:r w:rsidRPr="00525AF9">
        <w:rPr>
          <w:b/>
          <w:color w:val="1F1F1F"/>
          <w:sz w:val="22"/>
        </w:rPr>
        <w:t>ბატონ გიორგი ცინცაძეს</w:t>
      </w:r>
    </w:p>
    <w:p w14:paraId="1E247B58" w14:textId="77777777" w:rsidR="00DF20CE" w:rsidRPr="00525AF9" w:rsidRDefault="00DD0F9C">
      <w:pPr>
        <w:spacing w:after="40"/>
      </w:pPr>
      <w:r w:rsidRPr="00525AF9">
        <w:rPr>
          <w:b/>
          <w:color w:val="1F4E78"/>
          <w:sz w:val="19"/>
        </w:rPr>
        <w:t>განაცხადის წარმდგენი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5095"/>
        <w:gridCol w:w="5275"/>
      </w:tblGrid>
      <w:tr w:rsidR="00DF20CE" w:rsidRPr="00525AF9" w14:paraId="0A301B1B" w14:textId="77777777" w:rsidTr="00782DEC">
        <w:trPr>
          <w:cantSplit/>
          <w:trHeight w:val="351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C94B0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საკონტაქტო</w:t>
            </w:r>
            <w:r w:rsidR="005810BA" w:rsidRPr="00525AF9">
              <w:rPr>
                <w:color w:val="1F1F1F"/>
                <w:sz w:val="18"/>
                <w:lang w:val="ka-GE"/>
              </w:rPr>
              <w:t xml:space="preserve"> </w:t>
            </w:r>
            <w:r w:rsidRPr="00525AF9">
              <w:rPr>
                <w:color w:val="1F1F1F"/>
                <w:sz w:val="18"/>
              </w:rPr>
              <w:t>ახალგაზრდა ლიდერი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12D35" w14:textId="77777777" w:rsidR="00DF20CE" w:rsidRPr="00525AF9" w:rsidRDefault="00BD06DC">
            <w:pPr>
              <w:spacing w:after="0"/>
            </w:pPr>
            <w:sdt>
              <w:sdtPr>
                <w:alias w:val="YCAF_T1_R1_C2"/>
                <w:tag w:val="YCAF_T1_R1_C2"/>
                <w:id w:val="10000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95317CF" w14:textId="77777777" w:rsidTr="00782DEC">
        <w:trPr>
          <w:cantSplit/>
          <w:trHeight w:val="351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C8DE8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მისამართი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CF8D7" w14:textId="77777777" w:rsidR="00DF20CE" w:rsidRPr="00525AF9" w:rsidRDefault="00BD06DC">
            <w:pPr>
              <w:spacing w:after="0"/>
            </w:pPr>
            <w:sdt>
              <w:sdtPr>
                <w:alias w:val="YCAF_T1_R2_C2"/>
                <w:tag w:val="YCAF_T1_R2_C2"/>
                <w:id w:val="10000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9E44C41" w14:textId="77777777" w:rsidTr="00782DEC">
        <w:trPr>
          <w:cantSplit/>
          <w:trHeight w:val="351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559E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მობილური ტელეფონი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160C57" w14:textId="77777777" w:rsidR="00DF20CE" w:rsidRPr="00525AF9" w:rsidRDefault="00BD06DC">
            <w:pPr>
              <w:spacing w:after="0"/>
            </w:pPr>
            <w:sdt>
              <w:sdtPr>
                <w:alias w:val="YCAF_T1_R3_C2"/>
                <w:tag w:val="YCAF_T1_R3_C2"/>
                <w:id w:val="10000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025FB5E" w14:textId="77777777" w:rsidTr="00782DEC">
        <w:trPr>
          <w:cantSplit/>
          <w:trHeight w:val="351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E53F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ელფოსტა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842C3" w14:textId="77777777" w:rsidR="00DF20CE" w:rsidRPr="00525AF9" w:rsidRDefault="00BD06DC">
            <w:pPr>
              <w:spacing w:after="0"/>
            </w:pPr>
            <w:sdt>
              <w:sdtPr>
                <w:alias w:val="YCAF_T1_R4_C2"/>
                <w:tag w:val="YCAF_T1_R4_C2"/>
                <w:id w:val="10000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C293EC2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2610C2A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596ABF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1. პროექტის იდენტიფიკაცია</w:t>
            </w:r>
          </w:p>
        </w:tc>
      </w:tr>
    </w:tbl>
    <w:p w14:paraId="301C5484" w14:textId="77777777" w:rsidR="00DF20CE" w:rsidRPr="00525AF9" w:rsidRDefault="00DF20CE">
      <w:pPr>
        <w:spacing w:after="20"/>
      </w:pPr>
    </w:p>
    <w:p w14:paraId="49E31AB4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1.1. პროექტის სახელწოდება: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74D3E071" w14:textId="77777777">
        <w:trPr>
          <w:cantSplit/>
          <w:trHeight w:val="482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84418F" w14:textId="77777777" w:rsidR="00DF20CE" w:rsidRPr="00525AF9" w:rsidRDefault="00BD06DC">
            <w:pPr>
              <w:spacing w:after="0"/>
            </w:pPr>
            <w:sdt>
              <w:sdtPr>
                <w:alias w:val="YCAF_T3_R1_C1"/>
                <w:tag w:val="YCAF_T3_R1_C1"/>
                <w:id w:val="10000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F56328D" w14:textId="77777777" w:rsidR="00DF20CE" w:rsidRPr="00525AF9" w:rsidRDefault="00DF20CE">
      <w:pPr>
        <w:spacing w:after="40"/>
      </w:pP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5095"/>
        <w:gridCol w:w="5275"/>
      </w:tblGrid>
      <w:tr w:rsidR="00DF20CE" w:rsidRPr="00525AF9" w14:paraId="30317215" w14:textId="77777777" w:rsidTr="00782DEC">
        <w:trPr>
          <w:cantSplit/>
          <w:trHeight w:val="340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E53D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1.2. მოთხოვნილი დაფინანსება – USD (1 000–5 000 აშშ დოლარი)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4257DB" w14:textId="77777777" w:rsidR="00DF20CE" w:rsidRPr="00525AF9" w:rsidRDefault="00BD06DC">
            <w:pPr>
              <w:spacing w:after="0"/>
            </w:pPr>
            <w:sdt>
              <w:sdtPr>
                <w:alias w:val="YCAF_T4_R1_C2"/>
                <w:tag w:val="YCAF_T4_R1_C2"/>
                <w:id w:val="10000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38CC5BC" w14:textId="77777777" w:rsidTr="00782DEC">
        <w:trPr>
          <w:cantSplit/>
          <w:trHeight w:val="340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25D7A" w14:textId="77777777" w:rsidR="00DF20CE" w:rsidRPr="00525AF9" w:rsidRDefault="005810BA">
            <w:pPr>
              <w:spacing w:after="0"/>
            </w:pPr>
            <w:r w:rsidRPr="00525AF9">
              <w:rPr>
                <w:color w:val="1F1F1F"/>
                <w:sz w:val="18"/>
                <w:lang w:val="ka-GE"/>
              </w:rPr>
              <w:t xml:space="preserve">        </w:t>
            </w:r>
            <w:r w:rsidR="00DD0F9C" w:rsidRPr="00525AF9">
              <w:rPr>
                <w:color w:val="1F1F1F"/>
                <w:sz w:val="18"/>
              </w:rPr>
              <w:t>თანხა ლარში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906F5" w14:textId="77777777" w:rsidR="00DF20CE" w:rsidRPr="00525AF9" w:rsidRDefault="00BD06DC">
            <w:pPr>
              <w:spacing w:after="0"/>
            </w:pPr>
            <w:sdt>
              <w:sdtPr>
                <w:alias w:val="YCAF_T4_R2_C2"/>
                <w:tag w:val="YCAF_T4_R2_C2"/>
                <w:id w:val="10000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880484B" w14:textId="77777777" w:rsidTr="00782DEC">
        <w:trPr>
          <w:cantSplit/>
          <w:trHeight w:val="340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AAA3D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1.3. დაწყების თარიღი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1EA8F" w14:textId="77777777" w:rsidR="00DF20CE" w:rsidRPr="00525AF9" w:rsidRDefault="00BD06DC">
            <w:pPr>
              <w:spacing w:after="0"/>
            </w:pPr>
            <w:sdt>
              <w:sdtPr>
                <w:alias w:val="YCAF_T4_R3_C2"/>
                <w:tag w:val="YCAF_T4_R3_C2"/>
                <w:id w:val="10000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1DC387D" w14:textId="77777777" w:rsidTr="00782DEC">
        <w:trPr>
          <w:cantSplit/>
          <w:trHeight w:val="340"/>
          <w:jc w:val="center"/>
        </w:trPr>
        <w:tc>
          <w:tcPr>
            <w:tcW w:w="509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21EA4" w14:textId="77777777" w:rsidR="00DF20CE" w:rsidRPr="00525AF9" w:rsidRDefault="00DD0F9C" w:rsidP="005810BA">
            <w:pPr>
              <w:spacing w:after="0"/>
              <w:ind w:left="313"/>
            </w:pPr>
            <w:r w:rsidRPr="00525AF9">
              <w:rPr>
                <w:color w:val="1F1F1F"/>
                <w:sz w:val="18"/>
              </w:rPr>
              <w:t>დასრულების თარიღი (არაუგვიანეს 2027 წლის 14 აპრილისა)</w:t>
            </w:r>
          </w:p>
        </w:tc>
        <w:tc>
          <w:tcPr>
            <w:tcW w:w="527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3E58AA" w14:textId="77777777" w:rsidR="00DF20CE" w:rsidRPr="00525AF9" w:rsidRDefault="00BD06DC">
            <w:pPr>
              <w:spacing w:after="0"/>
            </w:pPr>
            <w:sdt>
              <w:sdtPr>
                <w:alias w:val="YCAF_T4_R4_C2"/>
                <w:tag w:val="YCAF_T4_R4_C2"/>
                <w:id w:val="10000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86FFF3B" w14:textId="77777777" w:rsidR="00DF20CE" w:rsidRPr="00525AF9" w:rsidRDefault="00DF20CE">
      <w:pPr>
        <w:spacing w:after="40"/>
      </w:pPr>
    </w:p>
    <w:p w14:paraId="5B9F62E2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1.4. პროექტის განხორციელების ძირითადი ადგილი: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5020E84" w14:textId="77777777">
        <w:trPr>
          <w:cantSplit/>
          <w:trHeight w:val="482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A159E3" w14:textId="77777777" w:rsidR="00DF20CE" w:rsidRPr="00525AF9" w:rsidRDefault="00BD06DC">
            <w:pPr>
              <w:spacing w:after="0"/>
            </w:pPr>
            <w:sdt>
              <w:sdtPr>
                <w:alias w:val="YCAF_T5_R1_C1"/>
                <w:tag w:val="YCAF_T5_R1_C1"/>
                <w:id w:val="10001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AF3A881" w14:textId="77777777" w:rsidR="00DF20CE" w:rsidRPr="00525AF9" w:rsidRDefault="00DF20CE">
      <w:pPr>
        <w:spacing w:after="40"/>
      </w:pPr>
    </w:p>
    <w:p w14:paraId="509452CD" w14:textId="77777777" w:rsidR="00DF20CE" w:rsidRPr="00525AF9" w:rsidRDefault="00DD0F9C">
      <w:pPr>
        <w:spacing w:after="40"/>
      </w:pPr>
      <w:r w:rsidRPr="00525AF9">
        <w:rPr>
          <w:b/>
          <w:color w:val="1F1F1F"/>
          <w:sz w:val="19"/>
        </w:rPr>
        <w:t xml:space="preserve">1.5. კლიმატური მიმართულება </w:t>
      </w:r>
      <w:r w:rsidR="005810BA" w:rsidRPr="00525AF9">
        <w:rPr>
          <w:b/>
          <w:color w:val="1F1F1F"/>
          <w:sz w:val="19"/>
          <w:lang w:val="ka-GE"/>
        </w:rPr>
        <w:t>–</w:t>
      </w:r>
      <w:r w:rsidRPr="00525AF9">
        <w:rPr>
          <w:b/>
          <w:color w:val="1F1F1F"/>
          <w:sz w:val="19"/>
        </w:rPr>
        <w:t xml:space="preserve"> მონიშნეთ ერთი ან რამდენიმე შესაბამისი მიმართულება:</w:t>
      </w:r>
    </w:p>
    <w:p w14:paraId="65395890" w14:textId="77777777" w:rsidR="00DF20CE" w:rsidRPr="00525AF9" w:rsidRDefault="00BD06DC">
      <w:pPr>
        <w:spacing w:after="20"/>
      </w:pPr>
      <w:sdt>
        <w:sdtPr>
          <w:alias w:val="YCAF_CHECK_1"/>
          <w:tag w:val="YCAF_CHECK_1"/>
          <w:id w:val="10019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კლიმატური და გარემოსდაცვითი განათლება, ცნობიერების ამაღლება და საზოგადოებრივი ჩართულობა</w:t>
      </w:r>
    </w:p>
    <w:p w14:paraId="64078133" w14:textId="77777777" w:rsidR="00DF20CE" w:rsidRPr="00525AF9" w:rsidRDefault="00BD06DC">
      <w:pPr>
        <w:spacing w:after="20"/>
      </w:pPr>
      <w:sdt>
        <w:sdtPr>
          <w:alias w:val="YCAF_CHECK_2"/>
          <w:tag w:val="YCAF_CHECK_2"/>
          <w:id w:val="100198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ადგილობრივი კლიმატური და გარემოსდაცვითი პრობლემების კვლევა, მონაცემთა შეგროვება და რუკირება</w:t>
      </w:r>
    </w:p>
    <w:p w14:paraId="0EF46928" w14:textId="77777777" w:rsidR="00DF20CE" w:rsidRPr="00525AF9" w:rsidRDefault="00BD06DC">
      <w:pPr>
        <w:spacing w:after="20"/>
      </w:pPr>
      <w:sdt>
        <w:sdtPr>
          <w:alias w:val="YCAF_CHECK_3"/>
          <w:tag w:val="YCAF_CHECK_3"/>
          <w:id w:val="100199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კლიმატის ცვლილებასთან ადაპტაცია და ქალაქის მდგრადობა</w:t>
      </w:r>
    </w:p>
    <w:p w14:paraId="5172DF06" w14:textId="77777777" w:rsidR="00DF20CE" w:rsidRPr="00525AF9" w:rsidRDefault="00BD06DC">
      <w:pPr>
        <w:spacing w:after="20"/>
      </w:pPr>
      <w:sdt>
        <w:sdtPr>
          <w:alias w:val="YCAF_CHECK_4"/>
          <w:tag w:val="YCAF_CHECK_4"/>
          <w:id w:val="100200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გამწვანება, ბიომრავალფეროვნება და გარემოს დაცვა</w:t>
      </w:r>
    </w:p>
    <w:p w14:paraId="3EE2CB90" w14:textId="77777777" w:rsidR="00DF20CE" w:rsidRPr="00525AF9" w:rsidRDefault="00BD06DC">
      <w:pPr>
        <w:spacing w:after="20"/>
      </w:pPr>
      <w:sdt>
        <w:sdtPr>
          <w:alias w:val="YCAF_CHECK_5"/>
          <w:tag w:val="YCAF_CHECK_5"/>
          <w:id w:val="100201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ცირკულარული ეკონომიკა და რესურსების ეფექტიანი მოხმარება</w:t>
      </w:r>
    </w:p>
    <w:p w14:paraId="1DA819BF" w14:textId="77777777" w:rsidR="00DF20CE" w:rsidRPr="00525AF9" w:rsidRDefault="00BD06DC">
      <w:pPr>
        <w:spacing w:after="20"/>
      </w:pPr>
      <w:sdt>
        <w:sdtPr>
          <w:alias w:val="YCAF_CHECK_6"/>
          <w:tag w:val="YCAF_CHECK_6"/>
          <w:id w:val="100202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ნარჩენების დახარისხება და პასუხისმგებლიანი მართვა</w:t>
      </w:r>
    </w:p>
    <w:p w14:paraId="54F08456" w14:textId="77777777" w:rsidR="00DF20CE" w:rsidRPr="00525AF9" w:rsidRDefault="00BD06DC">
      <w:pPr>
        <w:spacing w:after="20"/>
      </w:pPr>
      <w:sdt>
        <w:sdtPr>
          <w:alias w:val="YCAF_CHECK_7"/>
          <w:tag w:val="YCAF_CHECK_7"/>
          <w:id w:val="100203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მდგრადი მობილობა</w:t>
      </w:r>
    </w:p>
    <w:p w14:paraId="2A11A9D1" w14:textId="77777777" w:rsidR="00DF20CE" w:rsidRPr="00525AF9" w:rsidRDefault="00BD06DC">
      <w:pPr>
        <w:spacing w:after="20"/>
      </w:pPr>
      <w:sdt>
        <w:sdtPr>
          <w:alias w:val="YCAF_CHECK_8"/>
          <w:tag w:val="YCAF_CHECK_8"/>
          <w:id w:val="100204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მდგრადი</w:t>
      </w:r>
      <w:r w:rsidR="00DD0F9C" w:rsidRPr="00525AF9">
        <w:rPr>
          <w:color w:val="1F1F1F"/>
          <w:sz w:val="18"/>
        </w:rPr>
        <w:t xml:space="preserve"> მოხმარება </w:t>
      </w:r>
    </w:p>
    <w:p w14:paraId="02AC70D9" w14:textId="77777777" w:rsidR="00DF20CE" w:rsidRPr="00525AF9" w:rsidRDefault="00BD06DC">
      <w:pPr>
        <w:spacing w:after="20"/>
      </w:pPr>
      <w:sdt>
        <w:sdtPr>
          <w:alias w:val="YCAF_CHECK_9"/>
          <w:tag w:val="YCAF_CHECK_9"/>
          <w:id w:val="100205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სხვა ახალგაზრდული კლიმატური ინიციატივა</w:t>
      </w:r>
    </w:p>
    <w:p w14:paraId="2C71F7F8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სხვა მიმართულების შემთხვევაში მიუთითეთ: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3933D00E" w14:textId="77777777">
        <w:trPr>
          <w:cantSplit/>
          <w:trHeight w:val="36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42B559" w14:textId="77777777" w:rsidR="00DF20CE" w:rsidRPr="00525AF9" w:rsidRDefault="00BD06DC">
            <w:pPr>
              <w:spacing w:after="0"/>
            </w:pPr>
            <w:sdt>
              <w:sdtPr>
                <w:alias w:val="YCAF_T6_R1_C1"/>
                <w:tag w:val="YCAF_T6_R1_C1"/>
                <w:id w:val="10001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3C16FD2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E1CD7D7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B90BE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2. ახალგაზრდული გუნდი</w:t>
            </w:r>
          </w:p>
        </w:tc>
      </w:tr>
    </w:tbl>
    <w:p w14:paraId="23910EAD" w14:textId="77777777" w:rsidR="00DF20CE" w:rsidRPr="00525AF9" w:rsidRDefault="00DF20CE">
      <w:pPr>
        <w:spacing w:after="20"/>
      </w:pPr>
    </w:p>
    <w:p w14:paraId="0EECC5D6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2.1. პროექტის ახალგაზრდა ლიდერების მონაცემები</w:t>
      </w:r>
    </w:p>
    <w:p w14:paraId="2C6E650E" w14:textId="77777777" w:rsidR="00DF20CE" w:rsidRPr="00525AF9" w:rsidRDefault="00DD0F9C">
      <w:r w:rsidRPr="00525AF9">
        <w:rPr>
          <w:i/>
          <w:color w:val="666666"/>
          <w:sz w:val="16"/>
        </w:rPr>
        <w:t xml:space="preserve">მიუთითეთ მინიმუმ ორი 15–24 წლის ახალგაზრდა, რომლებიც პროექტს </w:t>
      </w:r>
      <w:r w:rsidR="00782DEC" w:rsidRPr="00525AF9">
        <w:rPr>
          <w:i/>
          <w:color w:val="666666"/>
          <w:sz w:val="16"/>
          <w:lang w:val="ka-GE"/>
        </w:rPr>
        <w:t>წარადგენენ,</w:t>
      </w:r>
      <w:r w:rsidRPr="00525AF9">
        <w:rPr>
          <w:i/>
          <w:color w:val="666666"/>
          <w:sz w:val="16"/>
        </w:rPr>
        <w:t xml:space="preserve"> გეგმავენ</w:t>
      </w:r>
      <w:r w:rsidR="00782DEC" w:rsidRPr="00525AF9">
        <w:rPr>
          <w:i/>
          <w:color w:val="666666"/>
          <w:sz w:val="16"/>
          <w:lang w:val="ka-GE"/>
        </w:rPr>
        <w:t xml:space="preserve"> და </w:t>
      </w:r>
      <w:r w:rsidRPr="00525AF9">
        <w:rPr>
          <w:i/>
          <w:color w:val="666666"/>
          <w:sz w:val="16"/>
        </w:rPr>
        <w:t>ხელმძღვანელობენ</w:t>
      </w:r>
      <w:r w:rsidR="004F21F1" w:rsidRPr="00525AF9">
        <w:rPr>
          <w:i/>
          <w:color w:val="666666"/>
          <w:sz w:val="16"/>
          <w:lang w:val="ka-GE"/>
        </w:rPr>
        <w:t xml:space="preserve">, ასევე </w:t>
      </w:r>
      <w:r w:rsidRPr="00525AF9">
        <w:rPr>
          <w:i/>
          <w:color w:val="666666"/>
          <w:sz w:val="16"/>
        </w:rPr>
        <w:t>აქტიურად მონაწილეობენ გადაწყვეტილებების მიღებასა და ზედამხედველობაში.</w:t>
      </w:r>
    </w:p>
    <w:p w14:paraId="22279A69" w14:textId="77777777" w:rsidR="00DF20CE" w:rsidRPr="00525AF9" w:rsidRDefault="00DD0F9C">
      <w:pPr>
        <w:spacing w:after="20"/>
      </w:pPr>
      <w:r w:rsidRPr="00525AF9">
        <w:rPr>
          <w:b/>
          <w:color w:val="1F4E78"/>
          <w:sz w:val="18"/>
        </w:rPr>
        <w:t>პროექტის ახალგაზრდა ლიდერი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0E7FCD7B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B7D31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EB2D8" w14:textId="77777777" w:rsidR="00DF20CE" w:rsidRPr="00525AF9" w:rsidRDefault="00BD06DC">
            <w:pPr>
              <w:spacing w:after="0"/>
            </w:pPr>
            <w:sdt>
              <w:sdtPr>
                <w:alias w:val="YCAF_T8_R1_C2"/>
                <w:tag w:val="YCAF_T8_R1_C2"/>
                <w:id w:val="10001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DB846C7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FAA65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დაბადების თარიღი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CB924C" w14:textId="77777777" w:rsidR="00DF20CE" w:rsidRPr="00525AF9" w:rsidRDefault="00BD06DC">
            <w:pPr>
              <w:spacing w:after="0"/>
            </w:pPr>
            <w:sdt>
              <w:sdtPr>
                <w:alias w:val="YCAF_T8_R2_C2"/>
                <w:tag w:val="YCAF_T8_R2_C2"/>
                <w:id w:val="10001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5CB2A705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7FF99E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ტელეფონი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7D426" w14:textId="77777777" w:rsidR="00DF20CE" w:rsidRPr="00525AF9" w:rsidRDefault="00BD06DC">
            <w:pPr>
              <w:spacing w:after="0"/>
            </w:pPr>
            <w:sdt>
              <w:sdtPr>
                <w:alias w:val="YCAF_T8_R3_C2"/>
                <w:tag w:val="YCAF_T8_R3_C2"/>
                <w:id w:val="10001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A2A1AFA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BE5657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ელფოსტა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3142F" w14:textId="77777777" w:rsidR="00DF20CE" w:rsidRPr="00525AF9" w:rsidRDefault="00BD06DC">
            <w:pPr>
              <w:spacing w:after="0"/>
            </w:pPr>
            <w:sdt>
              <w:sdtPr>
                <w:alias w:val="YCAF_T8_R4_C2"/>
                <w:tag w:val="YCAF_T8_R4_C2"/>
                <w:id w:val="10001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4629288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9C2BB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რეგისტრირებული მისამართი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907EF1" w14:textId="77777777" w:rsidR="00DF20CE" w:rsidRPr="00525AF9" w:rsidRDefault="00BD06DC">
            <w:pPr>
              <w:spacing w:after="0"/>
            </w:pPr>
            <w:sdt>
              <w:sdtPr>
                <w:alias w:val="YCAF_T8_R5_C2"/>
                <w:tag w:val="YCAF_T8_R5_C2"/>
                <w:id w:val="10001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449C40F9" w14:textId="77777777" w:rsidR="00DF20CE" w:rsidRPr="00525AF9" w:rsidRDefault="00DF20CE">
      <w:pPr>
        <w:spacing w:after="40"/>
      </w:pPr>
    </w:p>
    <w:p w14:paraId="39757AEE" w14:textId="77777777" w:rsidR="00DF20CE" w:rsidRPr="00525AF9" w:rsidRDefault="00DD0F9C">
      <w:pPr>
        <w:spacing w:after="20"/>
      </w:pPr>
      <w:r w:rsidRPr="00525AF9">
        <w:rPr>
          <w:b/>
          <w:color w:val="1F4E78"/>
          <w:sz w:val="18"/>
        </w:rPr>
        <w:t>პროექტის ახალგაზრდა ლიდერი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39553C2D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9DA9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42F247" w14:textId="77777777" w:rsidR="00DF20CE" w:rsidRPr="00525AF9" w:rsidRDefault="00BD06DC">
            <w:pPr>
              <w:spacing w:after="0"/>
            </w:pPr>
            <w:sdt>
              <w:sdtPr>
                <w:alias w:val="YCAF_T9_R1_C2"/>
                <w:tag w:val="YCAF_T9_R1_C2"/>
                <w:id w:val="10001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76F1C29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24E8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დაბადების თარიღი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B9C7D" w14:textId="77777777" w:rsidR="00DF20CE" w:rsidRPr="00525AF9" w:rsidRDefault="00BD06DC">
            <w:pPr>
              <w:spacing w:after="0"/>
            </w:pPr>
            <w:sdt>
              <w:sdtPr>
                <w:alias w:val="YCAF_T9_R2_C2"/>
                <w:tag w:val="YCAF_T9_R2_C2"/>
                <w:id w:val="10001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D846D7B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825F0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ტელეფონი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4483F" w14:textId="77777777" w:rsidR="00DF20CE" w:rsidRPr="00525AF9" w:rsidRDefault="00BD06DC">
            <w:pPr>
              <w:spacing w:after="0"/>
            </w:pPr>
            <w:sdt>
              <w:sdtPr>
                <w:alias w:val="YCAF_T9_R3_C2"/>
                <w:tag w:val="YCAF_T9_R3_C2"/>
                <w:id w:val="10001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3D4DB0A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68E44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ელფოსტა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0AFE90" w14:textId="77777777" w:rsidR="00DF20CE" w:rsidRPr="00525AF9" w:rsidRDefault="00BD06DC">
            <w:pPr>
              <w:spacing w:after="0"/>
            </w:pPr>
            <w:sdt>
              <w:sdtPr>
                <w:alias w:val="YCAF_T9_R4_C2"/>
                <w:tag w:val="YCAF_T9_R4_C2"/>
                <w:id w:val="10002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527BA587" w14:textId="77777777">
        <w:trPr>
          <w:cantSplit/>
          <w:trHeight w:val="312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3EADE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რეგისტრირებული მისამართი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6377D" w14:textId="77777777" w:rsidR="00DF20CE" w:rsidRPr="00525AF9" w:rsidRDefault="00BD06DC">
            <w:pPr>
              <w:spacing w:after="0"/>
            </w:pPr>
            <w:sdt>
              <w:sdtPr>
                <w:alias w:val="YCAF_T9_R5_C2"/>
                <w:tag w:val="YCAF_T9_R5_C2"/>
                <w:id w:val="10002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6C8A1444" w14:textId="77777777" w:rsidR="00DF20CE" w:rsidRPr="00525AF9" w:rsidRDefault="00DF20CE">
      <w:pPr>
        <w:spacing w:after="40"/>
      </w:pPr>
    </w:p>
    <w:p w14:paraId="083867F2" w14:textId="77777777" w:rsidR="00DF20CE" w:rsidRPr="00525AF9" w:rsidRDefault="00DD0F9C">
      <w:pPr>
        <w:spacing w:after="40"/>
      </w:pPr>
      <w:r w:rsidRPr="00525AF9">
        <w:rPr>
          <w:b/>
          <w:color w:val="1F1F1F"/>
          <w:sz w:val="19"/>
        </w:rPr>
        <w:t>2.2. ახალგაზრდული გუნდის სხვა წევრები, არსებობის შემთხვევაში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2409"/>
        <w:gridCol w:w="2410"/>
        <w:gridCol w:w="2835"/>
        <w:gridCol w:w="2298"/>
      </w:tblGrid>
      <w:tr w:rsidR="00DF20CE" w:rsidRPr="00525AF9" w14:paraId="5F3FFE24" w14:textId="77777777" w:rsidTr="00782DEC">
        <w:trPr>
          <w:cantSplit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87079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FCFB0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სახელი და გვარი</w:t>
            </w:r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F64FB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დაბადების თარიღი / ასაკი</w:t>
            </w:r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1ED6A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როლი პროექტში</w:t>
            </w:r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DDBA4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რეგისტრირებული მისამართი</w:t>
            </w:r>
          </w:p>
        </w:tc>
      </w:tr>
      <w:tr w:rsidR="00DF20CE" w:rsidRPr="00525AF9" w14:paraId="6C9DE23F" w14:textId="77777777" w:rsidTr="00782DEC">
        <w:trPr>
          <w:cantSplit/>
          <w:trHeight w:val="351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5839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1.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53F5F" w14:textId="77777777" w:rsidR="00DF20CE" w:rsidRPr="00525AF9" w:rsidRDefault="00BD06DC">
            <w:pPr>
              <w:spacing w:after="0"/>
            </w:pPr>
            <w:sdt>
              <w:sdtPr>
                <w:alias w:val="YCAF_T10_R2_C2"/>
                <w:tag w:val="YCAF_T10_R2_C2"/>
                <w:id w:val="10002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CF65B" w14:textId="77777777" w:rsidR="00DF20CE" w:rsidRPr="00525AF9" w:rsidRDefault="00BD06DC">
            <w:pPr>
              <w:spacing w:after="0"/>
            </w:pPr>
            <w:sdt>
              <w:sdtPr>
                <w:alias w:val="YCAF_T10_R2_C3"/>
                <w:tag w:val="YCAF_T10_R2_C3"/>
                <w:id w:val="10002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73C88B" w14:textId="77777777" w:rsidR="00DF20CE" w:rsidRPr="00525AF9" w:rsidRDefault="00BD06DC">
            <w:pPr>
              <w:spacing w:after="0"/>
            </w:pPr>
            <w:sdt>
              <w:sdtPr>
                <w:alias w:val="YCAF_T10_R2_C4"/>
                <w:tag w:val="YCAF_T10_R2_C4"/>
                <w:id w:val="10002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13AE9" w14:textId="77777777" w:rsidR="00DF20CE" w:rsidRPr="00525AF9" w:rsidRDefault="00BD06DC">
            <w:pPr>
              <w:spacing w:after="0"/>
            </w:pPr>
            <w:sdt>
              <w:sdtPr>
                <w:alias w:val="YCAF_T10_R2_C5"/>
                <w:tag w:val="YCAF_T10_R2_C5"/>
                <w:id w:val="10002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994BA40" w14:textId="77777777" w:rsidTr="00782DEC">
        <w:trPr>
          <w:cantSplit/>
          <w:trHeight w:val="351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D706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2.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E7125" w14:textId="77777777" w:rsidR="00DF20CE" w:rsidRPr="00525AF9" w:rsidRDefault="00BD06DC">
            <w:pPr>
              <w:spacing w:after="0"/>
            </w:pPr>
            <w:sdt>
              <w:sdtPr>
                <w:alias w:val="YCAF_T10_R3_C2"/>
                <w:tag w:val="YCAF_T10_R3_C2"/>
                <w:id w:val="10002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75BCD" w14:textId="77777777" w:rsidR="00DF20CE" w:rsidRPr="00525AF9" w:rsidRDefault="00BD06DC">
            <w:pPr>
              <w:spacing w:after="0"/>
            </w:pPr>
            <w:sdt>
              <w:sdtPr>
                <w:alias w:val="YCAF_T10_R3_C3"/>
                <w:tag w:val="YCAF_T10_R3_C3"/>
                <w:id w:val="10002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9AC9F" w14:textId="77777777" w:rsidR="00DF20CE" w:rsidRPr="00525AF9" w:rsidRDefault="00BD06DC">
            <w:pPr>
              <w:spacing w:after="0"/>
            </w:pPr>
            <w:sdt>
              <w:sdtPr>
                <w:alias w:val="YCAF_T10_R3_C4"/>
                <w:tag w:val="YCAF_T10_R3_C4"/>
                <w:id w:val="10002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05834" w14:textId="77777777" w:rsidR="00DF20CE" w:rsidRPr="00525AF9" w:rsidRDefault="00BD06DC">
            <w:pPr>
              <w:spacing w:after="0"/>
            </w:pPr>
            <w:sdt>
              <w:sdtPr>
                <w:alias w:val="YCAF_T10_R3_C5"/>
                <w:tag w:val="YCAF_T10_R3_C5"/>
                <w:id w:val="10002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22B4645" w14:textId="77777777" w:rsidTr="00782DEC">
        <w:trPr>
          <w:cantSplit/>
          <w:trHeight w:val="351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A10B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3.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0837E" w14:textId="77777777" w:rsidR="00DF20CE" w:rsidRPr="00525AF9" w:rsidRDefault="00BD06DC">
            <w:pPr>
              <w:spacing w:after="0"/>
            </w:pPr>
            <w:sdt>
              <w:sdtPr>
                <w:alias w:val="YCAF_T10_R4_C2"/>
                <w:tag w:val="YCAF_T10_R4_C2"/>
                <w:id w:val="10003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613D08" w14:textId="77777777" w:rsidR="00DF20CE" w:rsidRPr="00525AF9" w:rsidRDefault="00BD06DC">
            <w:pPr>
              <w:spacing w:after="0"/>
            </w:pPr>
            <w:sdt>
              <w:sdtPr>
                <w:alias w:val="YCAF_T10_R4_C3"/>
                <w:tag w:val="YCAF_T10_R4_C3"/>
                <w:id w:val="10003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6F47F4" w14:textId="77777777" w:rsidR="00DF20CE" w:rsidRPr="00525AF9" w:rsidRDefault="00BD06DC">
            <w:pPr>
              <w:spacing w:after="0"/>
            </w:pPr>
            <w:sdt>
              <w:sdtPr>
                <w:alias w:val="YCAF_T10_R4_C4"/>
                <w:tag w:val="YCAF_T10_R4_C4"/>
                <w:id w:val="10003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832A3" w14:textId="77777777" w:rsidR="00DF20CE" w:rsidRPr="00525AF9" w:rsidRDefault="00BD06DC">
            <w:pPr>
              <w:spacing w:after="0"/>
            </w:pPr>
            <w:sdt>
              <w:sdtPr>
                <w:alias w:val="YCAF_T10_R4_C5"/>
                <w:tag w:val="YCAF_T10_R4_C5"/>
                <w:id w:val="10003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AE9DA6B" w14:textId="77777777" w:rsidTr="00782DEC">
        <w:trPr>
          <w:cantSplit/>
          <w:trHeight w:val="351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33A19B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4.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B774D" w14:textId="77777777" w:rsidR="00DF20CE" w:rsidRPr="00525AF9" w:rsidRDefault="00BD06DC">
            <w:pPr>
              <w:spacing w:after="0"/>
            </w:pPr>
            <w:sdt>
              <w:sdtPr>
                <w:alias w:val="YCAF_T10_R5_C2"/>
                <w:tag w:val="YCAF_T10_R5_C2"/>
                <w:id w:val="10003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C7D19" w14:textId="77777777" w:rsidR="00DF20CE" w:rsidRPr="00525AF9" w:rsidRDefault="00BD06DC">
            <w:pPr>
              <w:spacing w:after="0"/>
            </w:pPr>
            <w:sdt>
              <w:sdtPr>
                <w:alias w:val="YCAF_T10_R5_C3"/>
                <w:tag w:val="YCAF_T10_R5_C3"/>
                <w:id w:val="10003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7DD6E" w14:textId="77777777" w:rsidR="00DF20CE" w:rsidRPr="00525AF9" w:rsidRDefault="00BD06DC">
            <w:pPr>
              <w:spacing w:after="0"/>
            </w:pPr>
            <w:sdt>
              <w:sdtPr>
                <w:alias w:val="YCAF_T10_R5_C4"/>
                <w:tag w:val="YCAF_T10_R5_C4"/>
                <w:id w:val="10003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6AB63" w14:textId="77777777" w:rsidR="00DF20CE" w:rsidRPr="00525AF9" w:rsidRDefault="00BD06DC">
            <w:pPr>
              <w:spacing w:after="0"/>
            </w:pPr>
            <w:sdt>
              <w:sdtPr>
                <w:alias w:val="YCAF_T10_R5_C5"/>
                <w:tag w:val="YCAF_T10_R5_C5"/>
                <w:id w:val="10003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4127832" w14:textId="77777777" w:rsidTr="00782DEC">
        <w:trPr>
          <w:cantSplit/>
          <w:trHeight w:val="351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D129E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5.</w:t>
            </w:r>
          </w:p>
        </w:tc>
        <w:tc>
          <w:tcPr>
            <w:tcW w:w="240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FDF69" w14:textId="77777777" w:rsidR="00DF20CE" w:rsidRPr="00525AF9" w:rsidRDefault="00BD06DC">
            <w:pPr>
              <w:spacing w:after="0"/>
            </w:pPr>
            <w:sdt>
              <w:sdtPr>
                <w:alias w:val="YCAF_T10_R6_C2"/>
                <w:tag w:val="YCAF_T10_R6_C2"/>
                <w:id w:val="10003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A98D5" w14:textId="77777777" w:rsidR="00DF20CE" w:rsidRPr="00525AF9" w:rsidRDefault="00BD06DC">
            <w:pPr>
              <w:spacing w:after="0"/>
            </w:pPr>
            <w:sdt>
              <w:sdtPr>
                <w:alias w:val="YCAF_T10_R6_C3"/>
                <w:tag w:val="YCAF_T10_R6_C3"/>
                <w:id w:val="10003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60D79" w14:textId="77777777" w:rsidR="00DF20CE" w:rsidRPr="00525AF9" w:rsidRDefault="00BD06DC">
            <w:pPr>
              <w:spacing w:after="0"/>
            </w:pPr>
            <w:sdt>
              <w:sdtPr>
                <w:alias w:val="YCAF_T10_R6_C4"/>
                <w:tag w:val="YCAF_T10_R6_C4"/>
                <w:id w:val="10004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29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FE2F4" w14:textId="77777777" w:rsidR="00DF20CE" w:rsidRPr="00525AF9" w:rsidRDefault="00BD06DC">
            <w:pPr>
              <w:spacing w:after="0"/>
            </w:pPr>
            <w:sdt>
              <w:sdtPr>
                <w:alias w:val="YCAF_T10_R6_C5"/>
                <w:tag w:val="YCAF_T10_R6_C5"/>
                <w:id w:val="10004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399C990" w14:textId="77777777" w:rsidR="00DF20CE" w:rsidRPr="00525AF9" w:rsidRDefault="00DF20CE">
      <w:pPr>
        <w:spacing w:after="40"/>
      </w:pPr>
    </w:p>
    <w:p w14:paraId="6DD68A60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 xml:space="preserve">2.3. აღწერეთ, როგორ ჩამოყალიბდა ახალგაზრდული გუნდი, რა პასუხისმგებლობები ექნებათ პროექტის ახალგაზრდა ლიდერებსა და გუნდის სხვა წევრებს, როგორ მიიღებენ პროექტთან დაკავშირებულ ძირითად გადაწყვეტილებებს და </w:t>
      </w:r>
      <w:r w:rsidRPr="00525AF9">
        <w:rPr>
          <w:b/>
          <w:color w:val="1F1F1F"/>
          <w:sz w:val="19"/>
        </w:rPr>
        <w:lastRenderedPageBreak/>
        <w:t>როგორ იქნება უზრუნველყოფილი ახალგაზრდების რეალური ლიდერობა პროექტის დაგეგმვისა და განხორციელების პროცესში.</w:t>
      </w:r>
    </w:p>
    <w:p w14:paraId="5A8788D3" w14:textId="77777777" w:rsidR="00DF20CE" w:rsidRPr="00525AF9" w:rsidRDefault="00DD0F9C">
      <w:pPr>
        <w:keepNext/>
        <w:spacing w:after="40"/>
      </w:pPr>
      <w:r w:rsidRPr="00525AF9">
        <w:rPr>
          <w:i/>
          <w:color w:val="666666"/>
          <w:sz w:val="16"/>
        </w:rPr>
        <w:t>არაუმეტეს 200 სიტყვისა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F2B5BFB" w14:textId="77777777">
        <w:trPr>
          <w:cantSplit/>
          <w:trHeight w:val="992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98DB8C" w14:textId="77777777" w:rsidR="00DF20CE" w:rsidRPr="00525AF9" w:rsidRDefault="00BD06DC">
            <w:pPr>
              <w:spacing w:after="0"/>
            </w:pPr>
            <w:sdt>
              <w:sdtPr>
                <w:alias w:val="YCAF_T11_R1_C1"/>
                <w:tag w:val="YCAF_T11_R1_C1"/>
                <w:id w:val="10004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D748905" w14:textId="77777777" w:rsidR="00DF20CE" w:rsidRPr="00525AF9" w:rsidRDefault="00DF20CE">
      <w:pPr>
        <w:spacing w:after="40"/>
      </w:pPr>
    </w:p>
    <w:p w14:paraId="6AB960AD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2.4. არის თუ არა ახალგაზრდული გუნდის რომელიმე წევრი არასრულწლოვანი?</w:t>
      </w:r>
    </w:p>
    <w:p w14:paraId="64BEC136" w14:textId="77777777" w:rsidR="00DF20CE" w:rsidRPr="00525AF9" w:rsidRDefault="00BD06DC">
      <w:pPr>
        <w:spacing w:after="40"/>
      </w:pPr>
      <w:sdt>
        <w:sdtPr>
          <w:alias w:val="YCAF_CHECK_10"/>
          <w:tag w:val="YCAF_CHECK_10"/>
          <w:id w:val="10020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დიახ      </w:t>
      </w:r>
      <w:sdt>
        <w:sdtPr>
          <w:alias w:val="YCAF_CHECK_11"/>
          <w:tag w:val="YCAF_CHECK_11"/>
          <w:id w:val="10020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არა</w:t>
      </w:r>
    </w:p>
    <w:p w14:paraId="050711D5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დადებითი პასუხის შემთხვევაში მიუთითეთ არასრულწლოვანი წევრისა და მისი კანონიერი წარმომადგენლის მონაცემები: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72B6E4D0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43CA5A" w14:textId="77777777" w:rsidR="00DF20CE" w:rsidRPr="00525AF9" w:rsidRDefault="00BD06DC">
            <w:pPr>
              <w:spacing w:after="0"/>
            </w:pPr>
            <w:sdt>
              <w:sdtPr>
                <w:alias w:val="YCAF_T12_R1_C1"/>
                <w:tag w:val="YCAF_T12_R1_C1"/>
                <w:id w:val="10004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6D750528" w14:textId="77777777" w:rsidR="00DF20CE" w:rsidRPr="00525AF9" w:rsidRDefault="00DD0F9C">
      <w:pPr>
        <w:rPr>
          <w:i/>
          <w:color w:val="666666"/>
          <w:sz w:val="16"/>
        </w:rPr>
      </w:pPr>
      <w:r w:rsidRPr="00525AF9">
        <w:rPr>
          <w:i/>
          <w:color w:val="666666"/>
          <w:sz w:val="16"/>
        </w:rPr>
        <w:t>კანონიერი წარმომადგენლის წერილობითი თანხმობა განაცხადს ერთვის ცალკე დოკუმენტის სახით.</w:t>
      </w:r>
    </w:p>
    <w:p w14:paraId="3D53CAA4" w14:textId="77777777" w:rsidR="00782DEC" w:rsidRPr="00525AF9" w:rsidRDefault="00782DE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3B9332CA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1B9D6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3. დაფინანსების მიმღები ორგანიზაცია</w:t>
            </w:r>
          </w:p>
        </w:tc>
      </w:tr>
    </w:tbl>
    <w:p w14:paraId="19104661" w14:textId="77777777" w:rsidR="00DF20CE" w:rsidRPr="00525AF9" w:rsidRDefault="00DF20C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155A4A03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8A64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3.1. სრული დასახელება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067C8" w14:textId="77777777" w:rsidR="00DF20CE" w:rsidRPr="00525AF9" w:rsidRDefault="00BD06DC">
            <w:pPr>
              <w:spacing w:after="0"/>
            </w:pPr>
            <w:sdt>
              <w:sdtPr>
                <w:alias w:val="YCAF_T14_R1_C2"/>
                <w:tag w:val="YCAF_T14_R1_C2"/>
                <w:id w:val="10004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B70F8F2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60D36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3.2. საიდენტიფიკაციო კოდი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5AC55" w14:textId="77777777" w:rsidR="00DF20CE" w:rsidRPr="00525AF9" w:rsidRDefault="00BD06DC">
            <w:pPr>
              <w:spacing w:after="0"/>
            </w:pPr>
            <w:sdt>
              <w:sdtPr>
                <w:alias w:val="YCAF_T14_R2_C2"/>
                <w:tag w:val="YCAF_T14_R2_C2"/>
                <w:id w:val="10004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51E9372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B1B0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3.3. სამართლებრივი ფორმა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7CCF5" w14:textId="77777777" w:rsidR="00DF20CE" w:rsidRPr="00525AF9" w:rsidRDefault="00BD06DC">
            <w:pPr>
              <w:spacing w:after="0"/>
            </w:pPr>
            <w:sdt>
              <w:sdtPr>
                <w:alias w:val="YCAF_T14_R3_C2"/>
                <w:tag w:val="YCAF_T14_R3_C2"/>
                <w:id w:val="10004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1EC92716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B37F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3.4. იურიდიული მისამართი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F8189" w14:textId="77777777" w:rsidR="00DF20CE" w:rsidRPr="00525AF9" w:rsidRDefault="00BD06DC">
            <w:pPr>
              <w:spacing w:after="0"/>
            </w:pPr>
            <w:sdt>
              <w:sdtPr>
                <w:alias w:val="YCAF_T14_R4_C2"/>
                <w:tag w:val="YCAF_T14_R4_C2"/>
                <w:id w:val="10004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5ED2C75" w14:textId="77777777" w:rsidR="00DF20CE" w:rsidRPr="00525AF9" w:rsidRDefault="00DF20CE">
      <w:pPr>
        <w:spacing w:after="40"/>
      </w:pPr>
    </w:p>
    <w:p w14:paraId="16CF3BD7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3.5. ქალაქ ბათუმთან კავშირის ფორმა:</w:t>
      </w:r>
    </w:p>
    <w:p w14:paraId="27377332" w14:textId="77777777" w:rsidR="00DF20CE" w:rsidRPr="00525AF9" w:rsidRDefault="00BD06DC">
      <w:pPr>
        <w:spacing w:after="20"/>
      </w:pPr>
      <w:sdt>
        <w:sdtPr>
          <w:alias w:val="YCAF_CHECK_12"/>
          <w:tag w:val="YCAF_CHECK_12"/>
          <w:id w:val="100208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რეგისტრირებული მისამართი ბათუმში</w:t>
      </w:r>
    </w:p>
    <w:p w14:paraId="154B1D52" w14:textId="77777777" w:rsidR="00DF20CE" w:rsidRPr="00525AF9" w:rsidRDefault="00BD06DC">
      <w:pPr>
        <w:spacing w:after="20"/>
      </w:pPr>
      <w:sdt>
        <w:sdtPr>
          <w:alias w:val="YCAF_CHECK_13"/>
          <w:tag w:val="YCAF_CHECK_13"/>
          <w:id w:val="100209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მოქმედი ფილიალი</w:t>
      </w:r>
    </w:p>
    <w:p w14:paraId="7DB08DF1" w14:textId="77777777" w:rsidR="00DF20CE" w:rsidRPr="00525AF9" w:rsidRDefault="00BD06DC">
      <w:pPr>
        <w:spacing w:after="20"/>
      </w:pPr>
      <w:sdt>
        <w:sdtPr>
          <w:alias w:val="YCAF_CHECK_14"/>
          <w:tag w:val="YCAF_CHECK_14"/>
          <w:id w:val="100210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წარმომადგენლობა</w:t>
      </w:r>
    </w:p>
    <w:p w14:paraId="7942531E" w14:textId="77777777" w:rsidR="00DF20CE" w:rsidRPr="00525AF9" w:rsidRDefault="00BD06DC">
      <w:pPr>
        <w:spacing w:after="20"/>
      </w:pPr>
      <w:sdt>
        <w:sdtPr>
          <w:alias w:val="YCAF_CHECK_15"/>
          <w:tag w:val="YCAF_CHECK_15"/>
          <w:id w:val="100211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ბოლო</w:t>
      </w:r>
      <w:r w:rsidR="00DD0F9C" w:rsidRPr="00525AF9">
        <w:rPr>
          <w:color w:val="1F1F1F"/>
          <w:sz w:val="18"/>
        </w:rPr>
        <w:t xml:space="preserve"> ორი წლის განმავლობაში დოკუმენტურად დადასტურებული საქმიანობა ბათუმში</w:t>
      </w:r>
    </w:p>
    <w:p w14:paraId="007B922D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დამატებითი ინფორმაცია, საჭიროების შემთხვევაში: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5ACA023E" w14:textId="77777777">
        <w:trPr>
          <w:cantSplit/>
          <w:trHeight w:val="39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36798" w14:textId="77777777" w:rsidR="00DF20CE" w:rsidRPr="00525AF9" w:rsidRDefault="00BD06DC">
            <w:pPr>
              <w:spacing w:after="0"/>
            </w:pPr>
            <w:sdt>
              <w:sdtPr>
                <w:alias w:val="YCAF_T15_R1_C1"/>
                <w:tag w:val="YCAF_T15_R1_C1"/>
                <w:id w:val="10004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2C4E991" w14:textId="77777777" w:rsidR="00DF20CE" w:rsidRPr="00525AF9" w:rsidRDefault="00DF20CE">
      <w:pPr>
        <w:spacing w:after="40"/>
      </w:pPr>
    </w:p>
    <w:p w14:paraId="27412429" w14:textId="77777777" w:rsidR="00DF20CE" w:rsidRPr="00525AF9" w:rsidRDefault="00DD0F9C">
      <w:pPr>
        <w:spacing w:after="40"/>
      </w:pPr>
      <w:r w:rsidRPr="00525AF9">
        <w:rPr>
          <w:b/>
          <w:color w:val="1F1F1F"/>
          <w:sz w:val="19"/>
        </w:rPr>
        <w:t>3.6. უფლებამოსილი წარმომადგენელი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7B393163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15137D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946AE" w14:textId="77777777" w:rsidR="00DF20CE" w:rsidRPr="00525AF9" w:rsidRDefault="00BD06DC">
            <w:pPr>
              <w:spacing w:after="0"/>
            </w:pPr>
            <w:sdt>
              <w:sdtPr>
                <w:alias w:val="YCAF_T16_R1_C2"/>
                <w:tag w:val="YCAF_T16_R1_C2"/>
                <w:id w:val="10004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B6CB9DC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289B4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თანამდებობა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AA806" w14:textId="77777777" w:rsidR="00DF20CE" w:rsidRPr="00525AF9" w:rsidRDefault="00BD06DC">
            <w:pPr>
              <w:spacing w:after="0"/>
            </w:pPr>
            <w:sdt>
              <w:sdtPr>
                <w:alias w:val="YCAF_T16_R2_C2"/>
                <w:tag w:val="YCAF_T16_R2_C2"/>
                <w:id w:val="10005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458D560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2F1EE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ტელეფონი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81C78" w14:textId="77777777" w:rsidR="00DF20CE" w:rsidRPr="00525AF9" w:rsidRDefault="00BD06DC">
            <w:pPr>
              <w:spacing w:after="0"/>
            </w:pPr>
            <w:sdt>
              <w:sdtPr>
                <w:alias w:val="YCAF_T16_R3_C2"/>
                <w:tag w:val="YCAF_T16_R3_C2"/>
                <w:id w:val="10005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43DC38B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E9D0A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ელფოსტა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B6852" w14:textId="77777777" w:rsidR="00DF20CE" w:rsidRPr="00525AF9" w:rsidRDefault="00BD06DC">
            <w:pPr>
              <w:spacing w:after="0"/>
            </w:pPr>
            <w:sdt>
              <w:sdtPr>
                <w:alias w:val="YCAF_T16_R4_C2"/>
                <w:tag w:val="YCAF_T16_R4_C2"/>
                <w:id w:val="10005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4083765A" w14:textId="77777777" w:rsidR="00DF20CE" w:rsidRPr="00525AF9" w:rsidRDefault="00DF20CE">
      <w:pPr>
        <w:spacing w:after="40"/>
      </w:pPr>
    </w:p>
    <w:p w14:paraId="0E601FC8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3.7. პროექტის საკონტაქტო პირი</w:t>
      </w:r>
    </w:p>
    <w:p w14:paraId="18B00144" w14:textId="77777777" w:rsidR="00DF20CE" w:rsidRPr="00525AF9" w:rsidRDefault="00BD06DC">
      <w:pPr>
        <w:spacing w:after="20"/>
      </w:pPr>
      <w:sdt>
        <w:sdtPr>
          <w:alias w:val="YCAF_CHECK_16"/>
          <w:tag w:val="YCAF_CHECK_16"/>
          <w:id w:val="100212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იგივე პირია, რაც უფლებამოსილი წარმომადგენელი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13994856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D5DBA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1821B" w14:textId="77777777" w:rsidR="00DF20CE" w:rsidRPr="00525AF9" w:rsidRDefault="00BD06DC">
            <w:pPr>
              <w:spacing w:after="0"/>
            </w:pPr>
            <w:sdt>
              <w:sdtPr>
                <w:alias w:val="YCAF_T17_R1_C2"/>
                <w:tag w:val="YCAF_T17_R1_C2"/>
                <w:id w:val="10005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12217BE1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8CEE6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lastRenderedPageBreak/>
              <w:t>თანამდებობა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64E96" w14:textId="77777777" w:rsidR="00DF20CE" w:rsidRPr="00525AF9" w:rsidRDefault="00BD06DC">
            <w:pPr>
              <w:spacing w:after="0"/>
            </w:pPr>
            <w:sdt>
              <w:sdtPr>
                <w:alias w:val="YCAF_T17_R2_C2"/>
                <w:tag w:val="YCAF_T17_R2_C2"/>
                <w:id w:val="10005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124B98B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A20B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ტელეფონი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69667" w14:textId="77777777" w:rsidR="00DF20CE" w:rsidRPr="00525AF9" w:rsidRDefault="00BD06DC">
            <w:pPr>
              <w:spacing w:after="0"/>
            </w:pPr>
            <w:sdt>
              <w:sdtPr>
                <w:alias w:val="YCAF_T17_R3_C2"/>
                <w:tag w:val="YCAF_T17_R3_C2"/>
                <w:id w:val="10005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F695AC8" w14:textId="77777777">
        <w:trPr>
          <w:cantSplit/>
          <w:trHeight w:val="323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EF850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ელფოსტა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B907B3" w14:textId="77777777" w:rsidR="00DF20CE" w:rsidRPr="00525AF9" w:rsidRDefault="00BD06DC">
            <w:pPr>
              <w:spacing w:after="0"/>
            </w:pPr>
            <w:sdt>
              <w:sdtPr>
                <w:alias w:val="YCAF_T17_R4_C2"/>
                <w:tag w:val="YCAF_T17_R4_C2"/>
                <w:id w:val="10005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37CC950E" w14:textId="77777777" w:rsidR="00DF20CE" w:rsidRPr="00525AF9" w:rsidRDefault="00DF20CE">
      <w:pPr>
        <w:spacing w:after="40"/>
      </w:pPr>
    </w:p>
    <w:p w14:paraId="3E7F113A" w14:textId="77777777" w:rsidR="00DF20CE" w:rsidRPr="00525AF9" w:rsidRDefault="00DD0F9C">
      <w:pPr>
        <w:spacing w:after="40"/>
      </w:pPr>
      <w:r w:rsidRPr="00525AF9">
        <w:rPr>
          <w:b/>
          <w:color w:val="1F1F1F"/>
          <w:sz w:val="19"/>
        </w:rPr>
        <w:t>3.8. ორგანიზაციის საბანკო რეკვიზიტები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67D57FED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4C16D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ბანკი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3D46E5" w14:textId="77777777" w:rsidR="00DF20CE" w:rsidRPr="00525AF9" w:rsidRDefault="00BD06DC">
            <w:pPr>
              <w:spacing w:after="0"/>
            </w:pPr>
            <w:sdt>
              <w:sdtPr>
                <w:alias w:val="YCAF_T18_R1_C2"/>
                <w:tag w:val="YCAF_T18_R1_C2"/>
                <w:id w:val="10005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DA284D4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99A4E8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ანგარიშის ნომერი / IBAN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80AC9" w14:textId="77777777" w:rsidR="00DF20CE" w:rsidRPr="00525AF9" w:rsidRDefault="00BD06DC">
            <w:pPr>
              <w:spacing w:after="0"/>
            </w:pPr>
            <w:sdt>
              <w:sdtPr>
                <w:alias w:val="YCAF_T18_R2_C2"/>
                <w:tag w:val="YCAF_T18_R2_C2"/>
                <w:id w:val="10005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30AE5B9" w14:textId="77777777" w:rsidR="00963CBB" w:rsidRPr="00525AF9" w:rsidRDefault="00963CBB">
      <w:pPr>
        <w:keepNext/>
        <w:spacing w:before="20" w:after="20"/>
        <w:rPr>
          <w:b/>
          <w:color w:val="1F1F1F"/>
          <w:sz w:val="19"/>
        </w:rPr>
      </w:pPr>
    </w:p>
    <w:p w14:paraId="281AF3C1" w14:textId="763292AB" w:rsidR="00DF20CE" w:rsidRPr="00525AF9" w:rsidRDefault="00DD0F9C">
      <w:pPr>
        <w:keepNext/>
        <w:spacing w:before="20" w:after="20"/>
        <w:rPr>
          <w:lang w:val="ka-GE"/>
        </w:rPr>
      </w:pPr>
      <w:r w:rsidRPr="00525AF9">
        <w:rPr>
          <w:b/>
          <w:color w:val="1F1F1F"/>
          <w:sz w:val="19"/>
        </w:rPr>
        <w:t xml:space="preserve">3.9. ამ კონკურსში მიმღები ორგანიზაციის სტატუსით </w:t>
      </w:r>
      <w:r w:rsidR="00963CBB" w:rsidRPr="00525AF9">
        <w:rPr>
          <w:b/>
          <w:color w:val="1F1F1F"/>
          <w:sz w:val="19"/>
          <w:lang w:val="ka-GE"/>
        </w:rPr>
        <w:t>მიღებული დაფინანსება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6721C1B5" w14:textId="77777777" w:rsidTr="00963CBB">
        <w:trPr>
          <w:cantSplit/>
          <w:trHeight w:val="369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FE4B22" w14:textId="22E966FA" w:rsidR="00DF20CE" w:rsidRPr="00525AF9" w:rsidRDefault="00963CBB">
            <w:pPr>
              <w:spacing w:after="0"/>
              <w:rPr>
                <w:b/>
                <w:sz w:val="19"/>
                <w:szCs w:val="19"/>
              </w:rPr>
            </w:pPr>
            <w:r w:rsidRPr="00525AF9">
              <w:rPr>
                <w:b/>
                <w:color w:val="1F1F1F"/>
                <w:sz w:val="19"/>
                <w:szCs w:val="19"/>
              </w:rPr>
              <w:t xml:space="preserve">განაცხადის წარდგენის მომენტისთვის, YCAF-ის ფარგლებში ორგანიზაციას მიმღები ორგანიზაციის სტატუსით უკვე მიღებული აქვს დაფინანსება სულ 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54FC3" w14:textId="0C48667D" w:rsidR="00DF20CE" w:rsidRPr="00525AF9" w:rsidRDefault="00BD06DC">
            <w:pPr>
              <w:spacing w:after="0"/>
              <w:rPr>
                <w:lang w:val="ka-GE"/>
              </w:rPr>
            </w:pPr>
            <w:sdt>
              <w:sdtPr>
                <w:alias w:val="YCAF_PROJECT_COUNT"/>
                <w:tag w:val="YCAF_PROJECT_COUNT"/>
                <w:id w:val="100229"/>
                <w:text/>
              </w:sdtPr>
              <w:sdtEndPr/>
              <w:sdtContent>
                <w:r w:rsidR="00DF20CE">
                  <w:t xml:space="preserve">     </w:t>
                </w:r>
              </w:sdtContent>
            </w:sdt>
            <w:r w:rsidR="00963CBB" w:rsidRPr="00525AF9">
              <w:rPr>
                <w:lang w:val="ka-GE"/>
              </w:rPr>
              <w:t>პროექტზე</w:t>
            </w:r>
          </w:p>
        </w:tc>
      </w:tr>
    </w:tbl>
    <w:p w14:paraId="0ECEA19E" w14:textId="2A6E11B8" w:rsidR="00DF20CE" w:rsidRPr="00525AF9" w:rsidRDefault="00525AF9">
      <w:pPr>
        <w:spacing w:after="40"/>
      </w:pPr>
      <w:r w:rsidRPr="00525AF9">
        <w:rPr>
          <w:i/>
          <w:color w:val="666666"/>
          <w:sz w:val="16"/>
        </w:rPr>
        <w:t>შენიშვნა: ერთი და იმავე მიმღები ორგანიზაციის მეშვეობით შეიძლება დაფინანსდეს არაუმეტეს სამი დამოუკიდებელი პროექტისა, გარდა დებულებით გათვალისწინებული გამონაკლისისა.</w:t>
      </w:r>
    </w:p>
    <w:p w14:paraId="3B4CB9CC" w14:textId="77777777" w:rsidR="00963CBB" w:rsidRPr="00525AF9" w:rsidRDefault="00963CBB">
      <w:pPr>
        <w:keepNext/>
        <w:spacing w:before="20" w:after="20"/>
        <w:rPr>
          <w:b/>
          <w:color w:val="1F1F1F"/>
          <w:sz w:val="19"/>
        </w:rPr>
      </w:pPr>
    </w:p>
    <w:p w14:paraId="440BA52E" w14:textId="61BD6EB3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3.10. ორგანიზაციის შესაბამისი გამოცდილება, არსებობის შემთხვევაში: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5B2BE9D2" w14:textId="77777777">
        <w:trPr>
          <w:cantSplit/>
          <w:trHeight w:val="624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60649" w14:textId="77777777" w:rsidR="00DF20CE" w:rsidRPr="00525AF9" w:rsidRDefault="00BD06DC">
            <w:pPr>
              <w:spacing w:after="0"/>
            </w:pPr>
            <w:sdt>
              <w:sdtPr>
                <w:alias w:val="YCAF_T20_R1_C1"/>
                <w:tag w:val="YCAF_T20_R1_C1"/>
                <w:id w:val="10005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3EB60C2F" w14:textId="77777777" w:rsidR="00DF20CE" w:rsidRPr="00525AF9" w:rsidRDefault="00DF20CE">
      <w:pPr>
        <w:spacing w:after="40"/>
      </w:pPr>
    </w:p>
    <w:p w14:paraId="68FE3A51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3.11. აღწერეთ ორგანიზაციის როლი პროექტის ფინანსურ და ადმინისტრაციულ უზრუნველყოფაში: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3C3E03A" w14:textId="77777777">
        <w:trPr>
          <w:cantSplit/>
          <w:trHeight w:val="680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02E0F" w14:textId="77777777" w:rsidR="00DF20CE" w:rsidRPr="00525AF9" w:rsidRDefault="00BD06DC">
            <w:pPr>
              <w:spacing w:after="0"/>
            </w:pPr>
            <w:sdt>
              <w:sdtPr>
                <w:alias w:val="YCAF_T21_R1_C1"/>
                <w:tag w:val="YCAF_T21_R1_C1"/>
                <w:id w:val="10006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C7DBE67" w14:textId="77777777" w:rsidR="00DF20CE" w:rsidRPr="00525AF9" w:rsidRDefault="00DF20CE" w:rsidP="00986BBC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518F11BE" w14:textId="77777777">
        <w:trPr>
          <w:cantSplit/>
          <w:trHeight w:val="369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C9EFF" w14:textId="77777777" w:rsidR="00DF20CE" w:rsidRPr="00525AF9" w:rsidRDefault="00DD0F9C">
            <w:pPr>
              <w:spacing w:after="0"/>
              <w:rPr>
                <w:b/>
                <w:sz w:val="19"/>
                <w:szCs w:val="19"/>
              </w:rPr>
            </w:pPr>
            <w:r w:rsidRPr="00525AF9">
              <w:rPr>
                <w:b/>
                <w:color w:val="1F1F1F"/>
                <w:sz w:val="19"/>
                <w:szCs w:val="19"/>
              </w:rPr>
              <w:t>3.12. ადმინისტრაციული ხარჯი, არსებობის შემთხვევაში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C4279" w14:textId="77777777" w:rsidR="00DF20CE" w:rsidRPr="00525AF9" w:rsidRDefault="00BD06DC">
            <w:pPr>
              <w:spacing w:after="0"/>
            </w:pPr>
            <w:sdt>
              <w:sdtPr>
                <w:alias w:val="YCAF_T22_R1_C2"/>
                <w:tag w:val="YCAF_T22_R1_C2"/>
                <w:id w:val="10006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5111CBD" w14:textId="77777777" w:rsidR="00DF20CE" w:rsidRPr="00525AF9" w:rsidRDefault="00DD0F9C">
      <w:pPr>
        <w:rPr>
          <w:i/>
          <w:color w:val="666666"/>
          <w:sz w:val="16"/>
        </w:rPr>
      </w:pPr>
      <w:r w:rsidRPr="00525AF9">
        <w:rPr>
          <w:i/>
          <w:color w:val="666666"/>
          <w:sz w:val="16"/>
        </w:rPr>
        <w:t>ადმინისტრაციული ხარჯი</w:t>
      </w:r>
      <w:r w:rsidR="00782DEC" w:rsidRPr="00525AF9">
        <w:rPr>
          <w:i/>
          <w:color w:val="666666"/>
          <w:sz w:val="16"/>
          <w:lang w:val="ka-GE"/>
        </w:rPr>
        <w:t xml:space="preserve"> –</w:t>
      </w:r>
      <w:r w:rsidRPr="00525AF9">
        <w:rPr>
          <w:i/>
          <w:color w:val="666666"/>
          <w:sz w:val="16"/>
        </w:rPr>
        <w:t xml:space="preserve"> არაუმეტეს პროექტის დაფინანსების 15%-ისა.</w:t>
      </w:r>
    </w:p>
    <w:p w14:paraId="4C884C49" w14:textId="77777777" w:rsidR="00782DEC" w:rsidRPr="00525AF9" w:rsidRDefault="00782DEC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66E31D32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E36D41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4. პროექტის არსი</w:t>
            </w:r>
          </w:p>
        </w:tc>
      </w:tr>
    </w:tbl>
    <w:p w14:paraId="31E3E50D" w14:textId="77777777" w:rsidR="00DF20CE" w:rsidRPr="00525AF9" w:rsidRDefault="00DF20CE">
      <w:pPr>
        <w:spacing w:after="20"/>
      </w:pPr>
    </w:p>
    <w:p w14:paraId="0ED6EE0E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4.1. აღწერეთ ადგილობრივი კლიმატური ან გარემოსდაცვითი პრობლემა/საჭიროება, რომლის გადაჭრასაც პროექტი ემსახურება.</w:t>
      </w:r>
    </w:p>
    <w:p w14:paraId="667749C1" w14:textId="77777777" w:rsidR="00DF20CE" w:rsidRPr="00525AF9" w:rsidRDefault="00DD0F9C">
      <w:pPr>
        <w:keepNext/>
        <w:spacing w:after="40"/>
      </w:pPr>
      <w:r w:rsidRPr="00525AF9">
        <w:rPr>
          <w:i/>
          <w:color w:val="666666"/>
          <w:sz w:val="16"/>
        </w:rPr>
        <w:t>არაუმეტეს 300 სიტყვისა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973D571" w14:textId="77777777">
        <w:trPr>
          <w:cantSplit/>
          <w:trHeight w:val="850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555393" w14:textId="77777777" w:rsidR="00DF20CE" w:rsidRPr="00525AF9" w:rsidRDefault="00BD06DC">
            <w:pPr>
              <w:spacing w:after="0"/>
            </w:pPr>
            <w:sdt>
              <w:sdtPr>
                <w:alias w:val="YCAF_T24_R1_C1"/>
                <w:tag w:val="YCAF_T24_R1_C1"/>
                <w:id w:val="10006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BD01BE0" w14:textId="77777777" w:rsidR="00DF20CE" w:rsidRPr="00525AF9" w:rsidRDefault="00DF20CE">
      <w:pPr>
        <w:spacing w:after="40"/>
      </w:pPr>
    </w:p>
    <w:p w14:paraId="59CA59AF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4.2. პროექტის მიზანი და კონკრეტული ამოცანები: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0259724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DF6B56" w14:textId="77777777" w:rsidR="00DF20CE" w:rsidRPr="00525AF9" w:rsidRDefault="00BD06DC">
            <w:pPr>
              <w:spacing w:after="0"/>
            </w:pPr>
            <w:sdt>
              <w:sdtPr>
                <w:alias w:val="YCAF_T25_R1_C1"/>
                <w:tag w:val="YCAF_T25_R1_C1"/>
                <w:id w:val="10006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0D23EBD7" w14:textId="77777777" w:rsidR="00DF20CE" w:rsidRPr="00525AF9" w:rsidRDefault="00DF20CE">
      <w:pPr>
        <w:spacing w:after="40"/>
      </w:pPr>
    </w:p>
    <w:p w14:paraId="361B4D94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lastRenderedPageBreak/>
        <w:t>4.3. პროექტის მოკლე აღწერა</w:t>
      </w:r>
    </w:p>
    <w:p w14:paraId="507C02A1" w14:textId="77777777" w:rsidR="00DF20CE" w:rsidRPr="00525AF9" w:rsidRDefault="00DD0F9C">
      <w:pPr>
        <w:keepNext/>
        <w:spacing w:after="40"/>
      </w:pPr>
      <w:r w:rsidRPr="00525AF9">
        <w:rPr>
          <w:i/>
          <w:color w:val="666666"/>
          <w:sz w:val="16"/>
        </w:rPr>
        <w:t>არაუმეტეს 500 სიტყვისა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FB5A09F" w14:textId="77777777">
        <w:trPr>
          <w:cantSplit/>
          <w:trHeight w:val="822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7DA87D" w14:textId="77777777" w:rsidR="00DF20CE" w:rsidRPr="00525AF9" w:rsidRDefault="00BD06DC">
            <w:pPr>
              <w:spacing w:after="0"/>
            </w:pPr>
            <w:sdt>
              <w:sdtPr>
                <w:alias w:val="YCAF_T26_R1_C1"/>
                <w:tag w:val="YCAF_T26_R1_C1"/>
                <w:id w:val="10006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65DFCC1A" w14:textId="77777777" w:rsidR="00DF20CE" w:rsidRPr="00525AF9" w:rsidRDefault="00DF20CE">
      <w:pPr>
        <w:spacing w:after="40"/>
      </w:pPr>
    </w:p>
    <w:p w14:paraId="55A5E134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4.4. აღწერეთ, როგორ შეესაბამება პროექტი ქალაქ ბათუმის კლიმატურ და/ან გარემოსდაცვით პრიორიტეტებს და რა მნიშვნელობა აქვს მას ქალაქისთვის.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8244B8E" w14:textId="77777777">
        <w:trPr>
          <w:cantSplit/>
          <w:trHeight w:val="510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BD66F9" w14:textId="77777777" w:rsidR="00DF20CE" w:rsidRPr="00525AF9" w:rsidRDefault="00BD06DC">
            <w:pPr>
              <w:spacing w:after="0"/>
            </w:pPr>
            <w:sdt>
              <w:sdtPr>
                <w:alias w:val="YCAF_T27_R1_C1"/>
                <w:tag w:val="YCAF_T27_R1_C1"/>
                <w:id w:val="10006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43734C0B" w14:textId="77777777" w:rsidR="00DF20CE" w:rsidRPr="00525AF9" w:rsidRDefault="00DF20CE">
      <w:pPr>
        <w:spacing w:after="40"/>
      </w:pPr>
    </w:p>
    <w:p w14:paraId="39392A72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4.5. პროექტის სამიზნე ჯგუფი და ახალგაზრდების ჩართულობა</w:t>
      </w:r>
    </w:p>
    <w:p w14:paraId="611E3932" w14:textId="77777777" w:rsidR="00DF20CE" w:rsidRPr="00525AF9" w:rsidRDefault="00DD0F9C">
      <w:pPr>
        <w:spacing w:after="40"/>
      </w:pPr>
      <w:r w:rsidRPr="00525AF9">
        <w:rPr>
          <w:i/>
          <w:color w:val="666666"/>
          <w:sz w:val="16"/>
        </w:rPr>
        <w:t>მოკლედ აღწერეთ პროექტის სამიზნე ჯგუფი და მიუთითეთ პროექტში ჩართული ახალგაზრდების რაოდენობა კატეგორიების მიხედვით.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4387"/>
        <w:gridCol w:w="5983"/>
      </w:tblGrid>
      <w:tr w:rsidR="00DF20CE" w:rsidRPr="00525AF9" w14:paraId="546B2F5D" w14:textId="77777777" w:rsidTr="005810BA">
        <w:trPr>
          <w:cantSplit/>
          <w:trHeight w:val="255"/>
          <w:jc w:val="center"/>
        </w:trPr>
        <w:tc>
          <w:tcPr>
            <w:tcW w:w="438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50E9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პროექტის ახალგაზრდა ლიდერები</w:t>
            </w:r>
          </w:p>
        </w:tc>
        <w:tc>
          <w:tcPr>
            <w:tcW w:w="598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D0E53" w14:textId="77777777" w:rsidR="00DF20CE" w:rsidRPr="00525AF9" w:rsidRDefault="00BD06DC">
            <w:pPr>
              <w:spacing w:after="0"/>
            </w:pPr>
            <w:sdt>
              <w:sdtPr>
                <w:alias w:val="YCAF_T28_R1_C2"/>
                <w:tag w:val="YCAF_T28_R1_C2"/>
                <w:id w:val="10006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92737F8" w14:textId="77777777" w:rsidTr="005810BA">
        <w:trPr>
          <w:cantSplit/>
          <w:trHeight w:val="255"/>
          <w:jc w:val="center"/>
        </w:trPr>
        <w:tc>
          <w:tcPr>
            <w:tcW w:w="438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4D8E1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ახალგაზრდული გუნდის სხვა წევრები</w:t>
            </w:r>
          </w:p>
        </w:tc>
        <w:tc>
          <w:tcPr>
            <w:tcW w:w="598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0FE43" w14:textId="77777777" w:rsidR="00DF20CE" w:rsidRPr="00525AF9" w:rsidRDefault="00BD06DC">
            <w:pPr>
              <w:spacing w:after="0"/>
            </w:pPr>
            <w:sdt>
              <w:sdtPr>
                <w:alias w:val="YCAF_T28_R2_C2"/>
                <w:tag w:val="YCAF_T28_R2_C2"/>
                <w:id w:val="10006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7A8A3CE" w14:textId="77777777" w:rsidTr="005810BA">
        <w:trPr>
          <w:cantSplit/>
          <w:trHeight w:val="255"/>
          <w:jc w:val="center"/>
        </w:trPr>
        <w:tc>
          <w:tcPr>
            <w:tcW w:w="438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9AE096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მოხალისეები</w:t>
            </w:r>
          </w:p>
        </w:tc>
        <w:tc>
          <w:tcPr>
            <w:tcW w:w="598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6BCE0" w14:textId="77777777" w:rsidR="00DF20CE" w:rsidRPr="00525AF9" w:rsidRDefault="00BD06DC">
            <w:pPr>
              <w:spacing w:after="0"/>
            </w:pPr>
            <w:sdt>
              <w:sdtPr>
                <w:alias w:val="YCAF_T28_R3_C2"/>
                <w:tag w:val="YCAF_T28_R3_C2"/>
                <w:id w:val="10006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BBBA328" w14:textId="77777777" w:rsidTr="005810BA">
        <w:trPr>
          <w:cantSplit/>
          <w:trHeight w:val="255"/>
          <w:jc w:val="center"/>
        </w:trPr>
        <w:tc>
          <w:tcPr>
            <w:tcW w:w="438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10C26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მონაწილეები</w:t>
            </w:r>
          </w:p>
        </w:tc>
        <w:tc>
          <w:tcPr>
            <w:tcW w:w="598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5BE05F" w14:textId="77777777" w:rsidR="00DF20CE" w:rsidRPr="00525AF9" w:rsidRDefault="00BD06DC">
            <w:pPr>
              <w:spacing w:after="0"/>
            </w:pPr>
            <w:sdt>
              <w:sdtPr>
                <w:alias w:val="YCAF_T28_R4_C2"/>
                <w:tag w:val="YCAF_T28_R4_C2"/>
                <w:id w:val="10006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C077E60" w14:textId="77777777" w:rsidTr="005810BA">
        <w:trPr>
          <w:cantSplit/>
          <w:trHeight w:val="255"/>
          <w:jc w:val="center"/>
        </w:trPr>
        <w:tc>
          <w:tcPr>
            <w:tcW w:w="438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6F1F1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სულ</w:t>
            </w:r>
          </w:p>
        </w:tc>
        <w:tc>
          <w:tcPr>
            <w:tcW w:w="598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92619" w14:textId="77777777" w:rsidR="00DF20CE" w:rsidRPr="00525AF9" w:rsidRDefault="00BD06DC">
            <w:pPr>
              <w:spacing w:after="0"/>
            </w:pPr>
            <w:sdt>
              <w:sdtPr>
                <w:alias w:val="YCAF_T28_R5_C2"/>
                <w:tag w:val="YCAF_T28_R5_C2"/>
                <w:id w:val="10007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687F4ED" w14:textId="77777777" w:rsidR="00DF20CE" w:rsidRPr="00525AF9" w:rsidRDefault="00DF20CE">
      <w:pPr>
        <w:spacing w:after="40"/>
      </w:pPr>
    </w:p>
    <w:p w14:paraId="38CC0FF3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სამიზნე ჯგუფის მოკლე აღწერა: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3AEF9BDE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8CADAE" w14:textId="77777777" w:rsidR="00DF20CE" w:rsidRPr="00525AF9" w:rsidRDefault="00BD06DC">
            <w:pPr>
              <w:spacing w:after="0"/>
            </w:pPr>
            <w:sdt>
              <w:sdtPr>
                <w:alias w:val="YCAF_T29_R1_C1"/>
                <w:tag w:val="YCAF_T29_R1_C1"/>
                <w:id w:val="10007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CB23D70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8"/>
        </w:rPr>
        <w:t>4.6. ეფუძნება თუ არა პროექტი ახალგაზრდების მიერ შემუშავებულ ახალ და ორიგინალურ იდეას?</w:t>
      </w:r>
    </w:p>
    <w:p w14:paraId="78A8948A" w14:textId="77777777" w:rsidR="00DF20CE" w:rsidRPr="00525AF9" w:rsidRDefault="00BD06DC">
      <w:pPr>
        <w:spacing w:after="40"/>
      </w:pPr>
      <w:sdt>
        <w:sdtPr>
          <w:alias w:val="YCAF_CHECK_17"/>
          <w:tag w:val="YCAF_CHECK_17"/>
          <w:id w:val="100213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დიახ      </w:t>
      </w:r>
      <w:sdt>
        <w:sdtPr>
          <w:alias w:val="YCAF_CHECK_18"/>
          <w:tag w:val="YCAF_CHECK_18"/>
          <w:id w:val="100214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არა</w:t>
      </w:r>
    </w:p>
    <w:p w14:paraId="0C78D0E4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თუ პროექტი ეფუძნება ადრე განხორციელებული პროექტის ან ინიციატივის გამოცდილებას, მათ შორის YCAF-ის ფარგლებში განხორციელებულ პროექტს, აღწერეთ, რა არის ახალი ან არსებითად შეცვლილი მიდგომა, აქტივობა, სამიზნე ჯგუფი, პროდუქტი ან მოსალოდნელი შედეგი: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E222521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2793F" w14:textId="77777777" w:rsidR="00DF20CE" w:rsidRPr="00525AF9" w:rsidRDefault="00BD06DC">
            <w:pPr>
              <w:spacing w:after="0"/>
            </w:pPr>
            <w:sdt>
              <w:sdtPr>
                <w:alias w:val="YCAF_T30_R1_C1"/>
                <w:tag w:val="YCAF_T30_R1_C1"/>
                <w:id w:val="10007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2C311E2C" w14:textId="77777777" w:rsidR="00DF20CE" w:rsidRPr="00525AF9" w:rsidRDefault="00DD0F9C">
      <w:r w:rsidRPr="00525AF9">
        <w:rPr>
          <w:i/>
          <w:color w:val="666666"/>
          <w:sz w:val="16"/>
        </w:rPr>
        <w:t>„არა“ პასუხის შემთხვევაში პროექტი არ აკმაყოფილებს დებულებით განსაზღვრულ სავალდებულო დასაშვებობის მოთხოვნას.</w:t>
      </w:r>
    </w:p>
    <w:p w14:paraId="153B5B35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6778DFB2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6C5A4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5. შედეგები და ინდიკატორები</w:t>
            </w:r>
          </w:p>
        </w:tc>
      </w:tr>
    </w:tbl>
    <w:p w14:paraId="232A9592" w14:textId="77777777" w:rsidR="00DF20CE" w:rsidRPr="00525AF9" w:rsidRDefault="00DF20CE">
      <w:pPr>
        <w:spacing w:after="20"/>
      </w:pPr>
    </w:p>
    <w:p w14:paraId="33B8B6B7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5.1. პროექტის მოსალოდნელი პროდუქტები (Output)</w:t>
      </w:r>
    </w:p>
    <w:p w14:paraId="5046588E" w14:textId="77777777" w:rsidR="00DF20CE" w:rsidRPr="00525AF9" w:rsidRDefault="00DD0F9C">
      <w:pPr>
        <w:spacing w:after="40"/>
      </w:pPr>
      <w:r w:rsidRPr="00525AF9">
        <w:rPr>
          <w:i/>
          <w:color w:val="666666"/>
          <w:sz w:val="16"/>
        </w:rPr>
        <w:t>მიუთითეთ სულ მცირე ერთი უშუალო, გაზომვადი პროდუქტი და მისი რაოდენობრივი სამიზნე.</w:t>
      </w:r>
    </w:p>
    <w:tbl>
      <w:tblPr>
        <w:tblW w:w="10368" w:type="dxa"/>
        <w:jc w:val="center"/>
        <w:tblLayout w:type="fixed"/>
        <w:tblLook w:val="04A0" w:firstRow="1" w:lastRow="0" w:firstColumn="1" w:lastColumn="0" w:noHBand="0" w:noVBand="1"/>
      </w:tblPr>
      <w:tblGrid>
        <w:gridCol w:w="1977"/>
        <w:gridCol w:w="2835"/>
        <w:gridCol w:w="2835"/>
        <w:gridCol w:w="2721"/>
      </w:tblGrid>
      <w:tr w:rsidR="00DF20CE" w:rsidRPr="00525AF9" w14:paraId="7B38049B" w14:textId="77777777" w:rsidTr="005810BA">
        <w:trPr>
          <w:cantSplit/>
          <w:jc w:val="center"/>
        </w:trPr>
        <w:tc>
          <w:tcPr>
            <w:tcW w:w="197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C023C4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პროდუქტი</w:t>
            </w:r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8EA6D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საწყისი მდგომარეობა</w:t>
            </w:r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6115E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სამიზნე მაჩვენებელი</w:t>
            </w:r>
          </w:p>
        </w:tc>
        <w:tc>
          <w:tcPr>
            <w:tcW w:w="272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51EB6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დადასტურების წყარო</w:t>
            </w:r>
          </w:p>
        </w:tc>
      </w:tr>
      <w:tr w:rsidR="00DF20CE" w:rsidRPr="00525AF9" w14:paraId="3EF4703F" w14:textId="77777777" w:rsidTr="005810BA">
        <w:trPr>
          <w:cantSplit/>
          <w:trHeight w:val="425"/>
          <w:jc w:val="center"/>
        </w:trPr>
        <w:tc>
          <w:tcPr>
            <w:tcW w:w="197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59C01" w14:textId="77777777" w:rsidR="00DF20CE" w:rsidRPr="00525AF9" w:rsidRDefault="00BD06DC">
            <w:pPr>
              <w:spacing w:after="0"/>
            </w:pPr>
            <w:sdt>
              <w:sdtPr>
                <w:alias w:val="YCAF_T32_R2_C1"/>
                <w:tag w:val="YCAF_T32_R2_C1"/>
                <w:id w:val="10007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0EA934" w14:textId="77777777" w:rsidR="00DF20CE" w:rsidRPr="00525AF9" w:rsidRDefault="00BD06DC">
            <w:pPr>
              <w:spacing w:after="0"/>
            </w:pPr>
            <w:sdt>
              <w:sdtPr>
                <w:alias w:val="YCAF_T32_R2_C2"/>
                <w:tag w:val="YCAF_T32_R2_C2"/>
                <w:id w:val="10007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7E1DBD" w14:textId="77777777" w:rsidR="00DF20CE" w:rsidRPr="00525AF9" w:rsidRDefault="00BD06DC">
            <w:pPr>
              <w:spacing w:after="0"/>
            </w:pPr>
            <w:sdt>
              <w:sdtPr>
                <w:alias w:val="YCAF_T32_R2_C3"/>
                <w:tag w:val="YCAF_T32_R2_C3"/>
                <w:id w:val="10007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72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79A39" w14:textId="77777777" w:rsidR="00DF20CE" w:rsidRPr="00525AF9" w:rsidRDefault="00BD06DC">
            <w:pPr>
              <w:spacing w:after="0"/>
            </w:pPr>
            <w:sdt>
              <w:sdtPr>
                <w:alias w:val="YCAF_T32_R2_C4"/>
                <w:tag w:val="YCAF_T32_R2_C4"/>
                <w:id w:val="10007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28C3844" w14:textId="77777777" w:rsidTr="005810BA">
        <w:trPr>
          <w:cantSplit/>
          <w:trHeight w:val="425"/>
          <w:jc w:val="center"/>
        </w:trPr>
        <w:tc>
          <w:tcPr>
            <w:tcW w:w="197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2FE53" w14:textId="77777777" w:rsidR="00DF20CE" w:rsidRPr="00525AF9" w:rsidRDefault="00BD06DC">
            <w:pPr>
              <w:spacing w:after="0"/>
            </w:pPr>
            <w:sdt>
              <w:sdtPr>
                <w:alias w:val="YCAF_T32_R3_C1"/>
                <w:tag w:val="YCAF_T32_R3_C1"/>
                <w:id w:val="10007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37D09" w14:textId="77777777" w:rsidR="00DF20CE" w:rsidRPr="00525AF9" w:rsidRDefault="00BD06DC">
            <w:pPr>
              <w:spacing w:after="0"/>
            </w:pPr>
            <w:sdt>
              <w:sdtPr>
                <w:alias w:val="YCAF_T32_R3_C2"/>
                <w:tag w:val="YCAF_T32_R3_C2"/>
                <w:id w:val="10007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C095AB" w14:textId="77777777" w:rsidR="00DF20CE" w:rsidRPr="00525AF9" w:rsidRDefault="00BD06DC">
            <w:pPr>
              <w:spacing w:after="0"/>
            </w:pPr>
            <w:sdt>
              <w:sdtPr>
                <w:alias w:val="YCAF_T32_R3_C3"/>
                <w:tag w:val="YCAF_T32_R3_C3"/>
                <w:id w:val="10007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72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A7AF6" w14:textId="77777777" w:rsidR="00DF20CE" w:rsidRPr="00525AF9" w:rsidRDefault="00BD06DC">
            <w:pPr>
              <w:spacing w:after="0"/>
            </w:pPr>
            <w:sdt>
              <w:sdtPr>
                <w:alias w:val="YCAF_T32_R3_C4"/>
                <w:tag w:val="YCAF_T32_R3_C4"/>
                <w:id w:val="10008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6B75C1F" w14:textId="77777777" w:rsidTr="005810BA">
        <w:trPr>
          <w:cantSplit/>
          <w:trHeight w:val="425"/>
          <w:jc w:val="center"/>
        </w:trPr>
        <w:tc>
          <w:tcPr>
            <w:tcW w:w="1977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736C8" w14:textId="77777777" w:rsidR="00DF20CE" w:rsidRPr="00525AF9" w:rsidRDefault="00BD06DC">
            <w:pPr>
              <w:spacing w:after="0"/>
            </w:pPr>
            <w:sdt>
              <w:sdtPr>
                <w:alias w:val="YCAF_T32_R4_C1"/>
                <w:tag w:val="YCAF_T32_R4_C1"/>
                <w:id w:val="10008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D8BB3" w14:textId="77777777" w:rsidR="00DF20CE" w:rsidRPr="00525AF9" w:rsidRDefault="00BD06DC">
            <w:pPr>
              <w:spacing w:after="0"/>
            </w:pPr>
            <w:sdt>
              <w:sdtPr>
                <w:alias w:val="YCAF_T32_R4_C2"/>
                <w:tag w:val="YCAF_T32_R4_C2"/>
                <w:id w:val="10008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83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511DD" w14:textId="77777777" w:rsidR="00DF20CE" w:rsidRPr="00525AF9" w:rsidRDefault="00BD06DC">
            <w:pPr>
              <w:spacing w:after="0"/>
            </w:pPr>
            <w:sdt>
              <w:sdtPr>
                <w:alias w:val="YCAF_T32_R4_C3"/>
                <w:tag w:val="YCAF_T32_R4_C3"/>
                <w:id w:val="10008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72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B4233" w14:textId="77777777" w:rsidR="00DF20CE" w:rsidRPr="00525AF9" w:rsidRDefault="00BD06DC">
            <w:pPr>
              <w:spacing w:after="0"/>
            </w:pPr>
            <w:sdt>
              <w:sdtPr>
                <w:alias w:val="YCAF_T32_R4_C4"/>
                <w:tag w:val="YCAF_T32_R4_C4"/>
                <w:id w:val="10008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6355D093" w14:textId="77777777" w:rsidR="00DF20CE" w:rsidRPr="00525AF9" w:rsidRDefault="00DF20CE">
      <w:pPr>
        <w:spacing w:after="40"/>
      </w:pPr>
    </w:p>
    <w:p w14:paraId="6E2F83E5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9"/>
        </w:rPr>
        <w:t>5.2. პროექტის მოსალოდნელი შედეგები (Outcome)</w:t>
      </w:r>
    </w:p>
    <w:p w14:paraId="2FE3E8FF" w14:textId="77777777" w:rsidR="00DF20CE" w:rsidRPr="00525AF9" w:rsidRDefault="00DD0F9C">
      <w:pPr>
        <w:spacing w:after="40"/>
      </w:pPr>
      <w:r w:rsidRPr="00525AF9">
        <w:rPr>
          <w:i/>
          <w:color w:val="666666"/>
          <w:sz w:val="16"/>
        </w:rPr>
        <w:t>მიუთითეთ სულ მცირე ერთი მოსალოდნელი ცვლილება ან სარგებელი და მისი რაოდენობრივი სამიზნე.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DF20CE" w:rsidRPr="00525AF9" w14:paraId="757D40A1" w14:textId="77777777">
        <w:trPr>
          <w:cantSplit/>
          <w:jc w:val="center"/>
        </w:trPr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E3B67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lastRenderedPageBreak/>
              <w:t>შედეგი</w:t>
            </w:r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9C42D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საწყისი მდგომარეობა</w:t>
            </w:r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79916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სამიზნე მაჩვენებელი</w:t>
            </w:r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58B74F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დადასტურების წყარო</w:t>
            </w:r>
          </w:p>
        </w:tc>
      </w:tr>
      <w:tr w:rsidR="00DF20CE" w:rsidRPr="00525AF9" w14:paraId="5663F9C2" w14:textId="77777777">
        <w:trPr>
          <w:cantSplit/>
          <w:trHeight w:val="425"/>
          <w:jc w:val="center"/>
        </w:trPr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254A6F" w14:textId="77777777" w:rsidR="00DF20CE" w:rsidRPr="00525AF9" w:rsidRDefault="00BD06DC">
            <w:pPr>
              <w:spacing w:after="0"/>
            </w:pPr>
            <w:sdt>
              <w:sdtPr>
                <w:alias w:val="YCAF_T33_R2_C1"/>
                <w:tag w:val="YCAF_T33_R2_C1"/>
                <w:id w:val="10008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57E88" w14:textId="77777777" w:rsidR="00DF20CE" w:rsidRPr="00525AF9" w:rsidRDefault="00BD06DC">
            <w:pPr>
              <w:spacing w:after="0"/>
            </w:pPr>
            <w:sdt>
              <w:sdtPr>
                <w:alias w:val="YCAF_T33_R2_C2"/>
                <w:tag w:val="YCAF_T33_R2_C2"/>
                <w:id w:val="10008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F40B0F" w14:textId="77777777" w:rsidR="00DF20CE" w:rsidRPr="00525AF9" w:rsidRDefault="00BD06DC">
            <w:pPr>
              <w:spacing w:after="0"/>
            </w:pPr>
            <w:sdt>
              <w:sdtPr>
                <w:alias w:val="YCAF_T33_R2_C3"/>
                <w:tag w:val="YCAF_T33_R2_C3"/>
                <w:id w:val="10008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592EC4" w14:textId="77777777" w:rsidR="00DF20CE" w:rsidRPr="00525AF9" w:rsidRDefault="00BD06DC">
            <w:pPr>
              <w:spacing w:after="0"/>
            </w:pPr>
            <w:sdt>
              <w:sdtPr>
                <w:alias w:val="YCAF_T33_R2_C4"/>
                <w:tag w:val="YCAF_T33_R2_C4"/>
                <w:id w:val="10008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E47648B" w14:textId="77777777">
        <w:trPr>
          <w:cantSplit/>
          <w:trHeight w:val="425"/>
          <w:jc w:val="center"/>
        </w:trPr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15853" w14:textId="77777777" w:rsidR="00DF20CE" w:rsidRPr="00525AF9" w:rsidRDefault="00BD06DC">
            <w:pPr>
              <w:spacing w:after="0"/>
            </w:pPr>
            <w:sdt>
              <w:sdtPr>
                <w:alias w:val="YCAF_T33_R3_C1"/>
                <w:tag w:val="YCAF_T33_R3_C1"/>
                <w:id w:val="10008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56419F" w14:textId="77777777" w:rsidR="00DF20CE" w:rsidRPr="00525AF9" w:rsidRDefault="00BD06DC">
            <w:pPr>
              <w:spacing w:after="0"/>
            </w:pPr>
            <w:sdt>
              <w:sdtPr>
                <w:alias w:val="YCAF_T33_R3_C2"/>
                <w:tag w:val="YCAF_T33_R3_C2"/>
                <w:id w:val="10009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01F97" w14:textId="77777777" w:rsidR="00DF20CE" w:rsidRPr="00525AF9" w:rsidRDefault="00BD06DC">
            <w:pPr>
              <w:spacing w:after="0"/>
            </w:pPr>
            <w:sdt>
              <w:sdtPr>
                <w:alias w:val="YCAF_T33_R3_C3"/>
                <w:tag w:val="YCAF_T33_R3_C3"/>
                <w:id w:val="10009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8D1DB" w14:textId="77777777" w:rsidR="00DF20CE" w:rsidRPr="00525AF9" w:rsidRDefault="00BD06DC">
            <w:pPr>
              <w:spacing w:after="0"/>
            </w:pPr>
            <w:sdt>
              <w:sdtPr>
                <w:alias w:val="YCAF_T33_R3_C4"/>
                <w:tag w:val="YCAF_T33_R3_C4"/>
                <w:id w:val="10009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7147853" w14:textId="77777777">
        <w:trPr>
          <w:cantSplit/>
          <w:trHeight w:val="425"/>
          <w:jc w:val="center"/>
        </w:trPr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92C39" w14:textId="77777777" w:rsidR="00DF20CE" w:rsidRPr="00525AF9" w:rsidRDefault="00BD06DC">
            <w:pPr>
              <w:spacing w:after="0"/>
            </w:pPr>
            <w:sdt>
              <w:sdtPr>
                <w:alias w:val="YCAF_T33_R4_C1"/>
                <w:tag w:val="YCAF_T33_R4_C1"/>
                <w:id w:val="10009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246C5" w14:textId="77777777" w:rsidR="00DF20CE" w:rsidRPr="00525AF9" w:rsidRDefault="00BD06DC">
            <w:pPr>
              <w:spacing w:after="0"/>
            </w:pPr>
            <w:sdt>
              <w:sdtPr>
                <w:alias w:val="YCAF_T33_R4_C2"/>
                <w:tag w:val="YCAF_T33_R4_C2"/>
                <w:id w:val="10009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1D905" w14:textId="77777777" w:rsidR="00DF20CE" w:rsidRPr="00525AF9" w:rsidRDefault="00BD06DC">
            <w:pPr>
              <w:spacing w:after="0"/>
            </w:pPr>
            <w:sdt>
              <w:sdtPr>
                <w:alias w:val="YCAF_T33_R4_C3"/>
                <w:tag w:val="YCAF_T33_R4_C3"/>
                <w:id w:val="10009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92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F6C8F" w14:textId="77777777" w:rsidR="00DF20CE" w:rsidRPr="00525AF9" w:rsidRDefault="00BD06DC">
            <w:pPr>
              <w:spacing w:after="0"/>
            </w:pPr>
            <w:sdt>
              <w:sdtPr>
                <w:alias w:val="YCAF_T33_R4_C4"/>
                <w:tag w:val="YCAF_T33_R4_C4"/>
                <w:id w:val="10009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5758E1D7" w14:textId="77777777" w:rsidR="00DF20CE" w:rsidRPr="00525AF9" w:rsidRDefault="00DF20CE">
      <w:pPr>
        <w:spacing w:after="40"/>
      </w:pPr>
    </w:p>
    <w:p w14:paraId="07DCDF35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5.3. პროექტის მოსალოდნელი გავლენა</w:t>
      </w:r>
    </w:p>
    <w:p w14:paraId="3F6BAF86" w14:textId="77777777" w:rsidR="00DF20CE" w:rsidRPr="00525AF9" w:rsidRDefault="00DD0F9C">
      <w:pPr>
        <w:keepNext/>
        <w:spacing w:after="40"/>
      </w:pPr>
      <w:r w:rsidRPr="00525AF9">
        <w:rPr>
          <w:i/>
          <w:color w:val="666666"/>
          <w:sz w:val="16"/>
        </w:rPr>
        <w:t>აღწერეთ, რა გავლენას მოახდენს პროექტი ქცევაზე, ცოდნაზე, დამოკიდებულებებსა ან პროცესებზე. არაუმეტეს 100 სიტყვისა.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34505254" w14:textId="77777777">
        <w:trPr>
          <w:cantSplit/>
          <w:trHeight w:val="765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97528" w14:textId="77777777" w:rsidR="00DF20CE" w:rsidRPr="00525AF9" w:rsidRDefault="00BD06DC">
            <w:pPr>
              <w:spacing w:after="0"/>
            </w:pPr>
            <w:sdt>
              <w:sdtPr>
                <w:alias w:val="YCAF_T34_R1_C1"/>
                <w:tag w:val="YCAF_T34_R1_C1"/>
                <w:id w:val="10009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08732F58" w14:textId="77777777" w:rsidR="00DF20CE" w:rsidRPr="00525AF9" w:rsidRDefault="00DF20CE">
      <w:pPr>
        <w:spacing w:after="40"/>
      </w:pPr>
    </w:p>
    <w:p w14:paraId="45EBF9BE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5.4. შედეგების მდგრადობა</w:t>
      </w:r>
    </w:p>
    <w:p w14:paraId="08D8BF66" w14:textId="77777777" w:rsidR="00DF20CE" w:rsidRPr="00525AF9" w:rsidRDefault="00DD0F9C">
      <w:pPr>
        <w:keepNext/>
        <w:spacing w:after="40"/>
      </w:pPr>
      <w:r w:rsidRPr="00525AF9">
        <w:rPr>
          <w:i/>
          <w:color w:val="666666"/>
          <w:sz w:val="16"/>
        </w:rPr>
        <w:t>აღწერეთ, როგორ შეიძლება პროექტის შედეგების გამოყენება, შენარჩუნება ან გაგრძელება პროექტის დასრულების შემდეგ.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565E4C0" w14:textId="77777777">
        <w:trPr>
          <w:cantSplit/>
          <w:trHeight w:val="765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336991" w14:textId="77777777" w:rsidR="00DF20CE" w:rsidRPr="00525AF9" w:rsidRDefault="00BD06DC">
            <w:pPr>
              <w:spacing w:after="0"/>
            </w:pPr>
            <w:sdt>
              <w:sdtPr>
                <w:alias w:val="YCAF_T35_R1_C1"/>
                <w:tag w:val="YCAF_T35_R1_C1"/>
                <w:id w:val="10009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01056402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40E5C02D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A546D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6. ინკლუზიურობა, მუნიციპალური მხარდაჭერა და უსაფრთხოება</w:t>
            </w:r>
          </w:p>
        </w:tc>
      </w:tr>
    </w:tbl>
    <w:p w14:paraId="490A56D6" w14:textId="77777777" w:rsidR="00DF20CE" w:rsidRPr="00525AF9" w:rsidRDefault="00DF20CE">
      <w:pPr>
        <w:spacing w:after="20"/>
      </w:pPr>
    </w:p>
    <w:p w14:paraId="76576F43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8"/>
        </w:rPr>
        <w:t>6.1. საჭიროებს თუ არა პროექტი ქალაქ ბათუმის მუნიციპალიტეტის მერიის შესაბამისი სტრუქტურული ერთეულის, მუნიციპალიტეტის მიერ დაფუძნებული იურიდიული პირის ან სხვა მუნიციპალური ორგანიზაციის ქონების, რესურსის ან სხვა სახის მხარდაჭერის გამოყენებას?</w:t>
      </w:r>
    </w:p>
    <w:p w14:paraId="4CEBC887" w14:textId="77777777" w:rsidR="00DF20CE" w:rsidRPr="00525AF9" w:rsidRDefault="00BD06DC">
      <w:pPr>
        <w:spacing w:after="40"/>
      </w:pPr>
      <w:sdt>
        <w:sdtPr>
          <w:alias w:val="YCAF_CHECK_19"/>
          <w:tag w:val="YCAF_CHECK_19"/>
          <w:id w:val="100215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დიახ      </w:t>
      </w:r>
      <w:sdt>
        <w:sdtPr>
          <w:alias w:val="YCAF_CHECK_20"/>
          <w:tag w:val="YCAF_CHECK_20"/>
          <w:id w:val="10021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არა</w:t>
      </w:r>
    </w:p>
    <w:p w14:paraId="1354445F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დადებითი პასუხის შემთხვევაში მიუთითეთ შესაბამისი სამსახური/ორგანიზაცია, ქონება ან რესურსი და საჭირო მხარდაჭერის ფორმა: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16E829F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CF9AB3" w14:textId="77777777" w:rsidR="00DF20CE" w:rsidRPr="00525AF9" w:rsidRDefault="00BD06DC">
            <w:pPr>
              <w:spacing w:after="0"/>
            </w:pPr>
            <w:sdt>
              <w:sdtPr>
                <w:alias w:val="YCAF_T37_R1_C1"/>
                <w:tag w:val="YCAF_T37_R1_C1"/>
                <w:id w:val="10009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EF72228" w14:textId="77777777" w:rsidR="00DF20CE" w:rsidRPr="00525AF9" w:rsidRDefault="00DF20CE">
      <w:pPr>
        <w:spacing w:after="40"/>
      </w:pPr>
    </w:p>
    <w:p w14:paraId="09E610BB" w14:textId="77777777" w:rsidR="00DF20CE" w:rsidRPr="00525AF9" w:rsidRDefault="00DD0F9C">
      <w:pPr>
        <w:spacing w:after="20"/>
      </w:pPr>
      <w:r w:rsidRPr="00525AF9">
        <w:rPr>
          <w:b/>
          <w:color w:val="1F1F1F"/>
          <w:sz w:val="18"/>
        </w:rPr>
        <w:t>6.2. საჭიროებს თუ არა პროექტი შესაბამისი მუნიციპალური სამსახურის ან ორგანიზაციის წერილობით თანხმობას ან ნებართვას?</w:t>
      </w:r>
    </w:p>
    <w:p w14:paraId="5A1C9240" w14:textId="77777777" w:rsidR="00DF20CE" w:rsidRPr="00525AF9" w:rsidRDefault="00BD06DC">
      <w:pPr>
        <w:spacing w:after="40"/>
      </w:pPr>
      <w:sdt>
        <w:sdtPr>
          <w:alias w:val="YCAF_CHECK_21"/>
          <w:tag w:val="YCAF_CHECK_21"/>
          <w:id w:val="10021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დიახ      </w:t>
      </w:r>
      <w:sdt>
        <w:sdtPr>
          <w:alias w:val="YCAF_CHECK_22"/>
          <w:tag w:val="YCAF_CHECK_22"/>
          <w:id w:val="100218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9"/>
            </w:rPr>
            <w:t>☐</w:t>
          </w:r>
        </w:sdtContent>
      </w:sdt>
      <w:r w:rsidR="00DD0F9C">
        <w:rPr>
          <w:color w:val="1F1F1F"/>
          <w:sz w:val="19"/>
        </w:rPr>
        <w:t xml:space="preserve"> არა</w:t>
      </w:r>
    </w:p>
    <w:p w14:paraId="1523838F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დადებითი პასუხის შემთხვევაში მიუთითეთ საჭირო თანხმობა/ნებართვა: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6CDEA95" w14:textId="77777777">
        <w:trPr>
          <w:cantSplit/>
          <w:trHeight w:val="510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AC46B" w14:textId="77777777" w:rsidR="00DF20CE" w:rsidRPr="00525AF9" w:rsidRDefault="00BD06DC">
            <w:pPr>
              <w:spacing w:after="0"/>
            </w:pPr>
            <w:sdt>
              <w:sdtPr>
                <w:alias w:val="YCAF_T38_R1_C1"/>
                <w:tag w:val="YCAF_T38_R1_C1"/>
                <w:id w:val="10010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4AD01F6" w14:textId="77777777" w:rsidR="00DF20CE" w:rsidRPr="00525AF9" w:rsidRDefault="00DF20CE">
      <w:pPr>
        <w:spacing w:after="40"/>
      </w:pPr>
    </w:p>
    <w:p w14:paraId="5795CD13" w14:textId="77777777" w:rsidR="00DF20CE" w:rsidRPr="00525AF9" w:rsidRDefault="00DD0F9C">
      <w:r w:rsidRPr="00525AF9">
        <w:rPr>
          <w:i/>
          <w:color w:val="666666"/>
          <w:sz w:val="16"/>
        </w:rPr>
        <w:t>შესაბამისი წერილობითი თანხმობა წარმოდგენილი უნდა იქნეს პროექტის დაფინანსების შესახებ საბოლოო გადაწყვეტილების მიღებამდე, დებულებით განსაზღვრული წესით.</w:t>
      </w:r>
    </w:p>
    <w:p w14:paraId="735F55B9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6.3. როგორ უზრუნველყოფს პროექტი სხვადასხვა ახალგაზრდული ჯგუფის თანაბარ მონაწილეობასა და ხელმისაწვდომობას?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6540B3C0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88EF2" w14:textId="77777777" w:rsidR="00DF20CE" w:rsidRPr="00525AF9" w:rsidRDefault="00BD06DC">
            <w:pPr>
              <w:spacing w:after="0"/>
            </w:pPr>
            <w:sdt>
              <w:sdtPr>
                <w:alias w:val="YCAF_T39_R1_C1"/>
                <w:tag w:val="YCAF_T39_R1_C1"/>
                <w:id w:val="10010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E3CC4C8" w14:textId="77777777" w:rsidR="00DF20CE" w:rsidRPr="00525AF9" w:rsidRDefault="00DF20CE">
      <w:pPr>
        <w:spacing w:after="40"/>
      </w:pPr>
    </w:p>
    <w:p w14:paraId="7C562C68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lastRenderedPageBreak/>
        <w:t>6.4. მიუთითეთ პროექტის განხორციელებასთან დაკავშირებული ძირითადი რისკები და მათი შემცირების ღონისძიებები: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431C9636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F28673" w14:textId="77777777" w:rsidR="00DF20CE" w:rsidRPr="00525AF9" w:rsidRDefault="00BD06DC">
            <w:pPr>
              <w:spacing w:after="0"/>
            </w:pPr>
            <w:sdt>
              <w:sdtPr>
                <w:alias w:val="YCAF_T40_R1_C1"/>
                <w:tag w:val="YCAF_T40_R1_C1"/>
                <w:id w:val="10010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3ABB6471" w14:textId="77777777" w:rsidR="00DF20CE" w:rsidRPr="00525AF9" w:rsidRDefault="00DF20CE">
      <w:pPr>
        <w:spacing w:after="40"/>
      </w:pPr>
    </w:p>
    <w:p w14:paraId="42092030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6.5. აღწერეთ ბავშვ</w:t>
      </w:r>
      <w:r w:rsidR="004F21F1" w:rsidRPr="00525AF9">
        <w:rPr>
          <w:b/>
          <w:color w:val="1F1F1F"/>
          <w:sz w:val="19"/>
          <w:lang w:val="ka-GE"/>
        </w:rPr>
        <w:t xml:space="preserve">ებისა და </w:t>
      </w:r>
      <w:r w:rsidRPr="00525AF9">
        <w:rPr>
          <w:b/>
          <w:color w:val="1F1F1F"/>
          <w:sz w:val="19"/>
        </w:rPr>
        <w:t>ახალგაზრდების უსაფრთხოების, პერსონალური მონაცემებისა და ფოტო</w:t>
      </w:r>
      <w:r w:rsidR="005E4614" w:rsidRPr="00525AF9">
        <w:rPr>
          <w:b/>
          <w:color w:val="1F1F1F"/>
          <w:sz w:val="19"/>
          <w:lang w:val="ka-GE"/>
        </w:rPr>
        <w:t xml:space="preserve"> და </w:t>
      </w:r>
      <w:r w:rsidRPr="00525AF9">
        <w:rPr>
          <w:b/>
          <w:color w:val="1F1F1F"/>
          <w:sz w:val="19"/>
        </w:rPr>
        <w:t>ვიდეო მასალის გამოყენებასთან დაკავშირებული ზომები: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5F86C314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24A2CF" w14:textId="77777777" w:rsidR="00DF20CE" w:rsidRPr="00525AF9" w:rsidRDefault="00BD06DC">
            <w:pPr>
              <w:spacing w:after="0"/>
            </w:pPr>
            <w:sdt>
              <w:sdtPr>
                <w:alias w:val="YCAF_T41_R1_C1"/>
                <w:tag w:val="YCAF_T41_R1_C1"/>
                <w:id w:val="10010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4FF6B50D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17D50DDC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8C84F2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7. კომუნიკაცია</w:t>
            </w:r>
          </w:p>
        </w:tc>
      </w:tr>
    </w:tbl>
    <w:p w14:paraId="63817182" w14:textId="77777777" w:rsidR="00DF20CE" w:rsidRPr="00525AF9" w:rsidRDefault="00DF20CE">
      <w:pPr>
        <w:spacing w:after="20"/>
      </w:pPr>
    </w:p>
    <w:p w14:paraId="77EC7817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7.1. როგორ გაავრცელებთ ინფორმაციას პროექტისა და მისი შედეგების შესახებ?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2760B514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C811D3" w14:textId="77777777" w:rsidR="00DF20CE" w:rsidRPr="00525AF9" w:rsidRDefault="00BD06DC">
            <w:pPr>
              <w:spacing w:after="0"/>
            </w:pPr>
            <w:sdt>
              <w:sdtPr>
                <w:alias w:val="YCAF_T43_R1_C1"/>
                <w:tag w:val="YCAF_T43_R1_C1"/>
                <w:id w:val="10010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440F898C" w14:textId="77777777" w:rsidR="00DF20CE" w:rsidRPr="00525AF9" w:rsidRDefault="00DF20CE">
      <w:pPr>
        <w:spacing w:after="40"/>
      </w:pPr>
    </w:p>
    <w:p w14:paraId="231C8C10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7.2. რა სახის ფოტო, ვიდეო ან სხვა მასალა შეგროვდება პროექტის განხორციელებისა და შედეგების წარმოსაჩენად?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4A401951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36113D" w14:textId="77777777" w:rsidR="00DF20CE" w:rsidRPr="00525AF9" w:rsidRDefault="00BD06DC">
            <w:pPr>
              <w:spacing w:after="0"/>
            </w:pPr>
            <w:sdt>
              <w:sdtPr>
                <w:alias w:val="YCAF_T44_R1_C1"/>
                <w:tag w:val="YCAF_T44_R1_C1"/>
                <w:id w:val="10010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8180F32" w14:textId="77777777" w:rsidR="00DF20CE" w:rsidRPr="00525AF9" w:rsidRDefault="00DF20CE">
      <w:pPr>
        <w:spacing w:after="40"/>
      </w:pPr>
    </w:p>
    <w:p w14:paraId="6E0BB1AD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7.3. როგორ უზრუნველყოფთ YCAF-ისა და ქალაქ ბათუმის მუნიციპალიტეტის საკომუნიკაციო და ვიზუალური იდენტობის მოთხოვნების დაცვას და მათი მხარდაჭერის სათანადო მითითებას საჯარო კომუნიკაციაში?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53BDDE9D" w14:textId="77777777">
        <w:trPr>
          <w:cantSplit/>
          <w:trHeight w:val="709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C22BF" w14:textId="77777777" w:rsidR="00DF20CE" w:rsidRPr="00525AF9" w:rsidRDefault="00BD06DC">
            <w:pPr>
              <w:spacing w:after="0"/>
            </w:pPr>
            <w:sdt>
              <w:sdtPr>
                <w:alias w:val="YCAF_T45_R1_C1"/>
                <w:tag w:val="YCAF_T45_R1_C1"/>
                <w:id w:val="10010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36121616" w14:textId="77777777" w:rsidR="00DF20CE" w:rsidRPr="00525AF9" w:rsidRDefault="00DF20CE">
      <w:pPr>
        <w:spacing w:after="40"/>
      </w:pPr>
    </w:p>
    <w:p w14:paraId="6EE616CB" w14:textId="77777777" w:rsidR="00DF20CE" w:rsidRPr="00525AF9" w:rsidRDefault="00DD0F9C">
      <w:pPr>
        <w:pageBreakBefore/>
        <w:shd w:val="clear" w:color="auto" w:fill="1F4E78"/>
        <w:spacing w:after="80"/>
        <w:ind w:left="45" w:right="45"/>
      </w:pPr>
      <w:r w:rsidRPr="00525AF9">
        <w:rPr>
          <w:b/>
          <w:color w:val="FFFFFF"/>
          <w:sz w:val="21"/>
        </w:rPr>
        <w:lastRenderedPageBreak/>
        <w:t>8. აქტივობების გეგმა</w:t>
      </w: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2976"/>
        <w:gridCol w:w="1985"/>
        <w:gridCol w:w="2551"/>
        <w:gridCol w:w="2440"/>
      </w:tblGrid>
      <w:tr w:rsidR="00DF20CE" w:rsidRPr="00525AF9" w14:paraId="2EF7FD2C" w14:textId="77777777" w:rsidTr="00782DEC">
        <w:trPr>
          <w:cantSplit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054A8F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9F723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აქტივობა</w:t>
            </w:r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AD37B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განხორციელების ვადა</w:t>
            </w:r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FE064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პასუხისმგებელი გუნდის წევრი</w:t>
            </w:r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0137A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6"/>
              </w:rPr>
              <w:t>მოსალოდნელი პროდუქტი / ინდიკატორი</w:t>
            </w:r>
          </w:p>
        </w:tc>
      </w:tr>
      <w:tr w:rsidR="00DF20CE" w:rsidRPr="00525AF9" w14:paraId="4E1E74BD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85041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1.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BD490" w14:textId="77777777" w:rsidR="00DF20CE" w:rsidRPr="00525AF9" w:rsidRDefault="00BD06DC">
            <w:pPr>
              <w:spacing w:after="0"/>
            </w:pPr>
            <w:sdt>
              <w:sdtPr>
                <w:alias w:val="YCAF_T46_R2_C2"/>
                <w:tag w:val="YCAF_T46_R2_C2"/>
                <w:id w:val="10010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465108" w14:textId="77777777" w:rsidR="00DF20CE" w:rsidRPr="00525AF9" w:rsidRDefault="00BD06DC">
            <w:pPr>
              <w:spacing w:after="0"/>
            </w:pPr>
            <w:sdt>
              <w:sdtPr>
                <w:alias w:val="YCAF_T46_R2_C3"/>
                <w:tag w:val="YCAF_T46_R2_C3"/>
                <w:id w:val="10010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9F8D01" w14:textId="77777777" w:rsidR="00DF20CE" w:rsidRPr="00525AF9" w:rsidRDefault="00BD06DC">
            <w:pPr>
              <w:spacing w:after="0"/>
            </w:pPr>
            <w:sdt>
              <w:sdtPr>
                <w:alias w:val="YCAF_T46_R2_C4"/>
                <w:tag w:val="YCAF_T46_R2_C4"/>
                <w:id w:val="10010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124D2" w14:textId="77777777" w:rsidR="00DF20CE" w:rsidRPr="00525AF9" w:rsidRDefault="00BD06DC">
            <w:pPr>
              <w:spacing w:after="0"/>
            </w:pPr>
            <w:sdt>
              <w:sdtPr>
                <w:alias w:val="YCAF_T46_R2_C5"/>
                <w:tag w:val="YCAF_T46_R2_C5"/>
                <w:id w:val="10011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05B4CA3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71587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2.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AC276" w14:textId="77777777" w:rsidR="00DF20CE" w:rsidRPr="00525AF9" w:rsidRDefault="00BD06DC">
            <w:pPr>
              <w:spacing w:after="0"/>
            </w:pPr>
            <w:sdt>
              <w:sdtPr>
                <w:alias w:val="YCAF_T46_R3_C2"/>
                <w:tag w:val="YCAF_T46_R3_C2"/>
                <w:id w:val="10011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E319C9" w14:textId="77777777" w:rsidR="00DF20CE" w:rsidRPr="00525AF9" w:rsidRDefault="00BD06DC">
            <w:pPr>
              <w:spacing w:after="0"/>
            </w:pPr>
            <w:sdt>
              <w:sdtPr>
                <w:alias w:val="YCAF_T46_R3_C3"/>
                <w:tag w:val="YCAF_T46_R3_C3"/>
                <w:id w:val="10011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10F36" w14:textId="77777777" w:rsidR="00DF20CE" w:rsidRPr="00525AF9" w:rsidRDefault="00BD06DC">
            <w:pPr>
              <w:spacing w:after="0"/>
            </w:pPr>
            <w:sdt>
              <w:sdtPr>
                <w:alias w:val="YCAF_T46_R3_C4"/>
                <w:tag w:val="YCAF_T46_R3_C4"/>
                <w:id w:val="10011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14043" w14:textId="77777777" w:rsidR="00DF20CE" w:rsidRPr="00525AF9" w:rsidRDefault="00BD06DC">
            <w:pPr>
              <w:spacing w:after="0"/>
            </w:pPr>
            <w:sdt>
              <w:sdtPr>
                <w:alias w:val="YCAF_T46_R3_C5"/>
                <w:tag w:val="YCAF_T46_R3_C5"/>
                <w:id w:val="10011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E30870C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9804A0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3.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627D2" w14:textId="77777777" w:rsidR="00DF20CE" w:rsidRPr="00525AF9" w:rsidRDefault="00BD06DC">
            <w:pPr>
              <w:spacing w:after="0"/>
            </w:pPr>
            <w:sdt>
              <w:sdtPr>
                <w:alias w:val="YCAF_T46_R4_C2"/>
                <w:tag w:val="YCAF_T46_R4_C2"/>
                <w:id w:val="10011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277E2" w14:textId="77777777" w:rsidR="00DF20CE" w:rsidRPr="00525AF9" w:rsidRDefault="00BD06DC">
            <w:pPr>
              <w:spacing w:after="0"/>
            </w:pPr>
            <w:sdt>
              <w:sdtPr>
                <w:alias w:val="YCAF_T46_R4_C3"/>
                <w:tag w:val="YCAF_T46_R4_C3"/>
                <w:id w:val="10011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DF5B6" w14:textId="77777777" w:rsidR="00DF20CE" w:rsidRPr="00525AF9" w:rsidRDefault="00BD06DC">
            <w:pPr>
              <w:spacing w:after="0"/>
            </w:pPr>
            <w:sdt>
              <w:sdtPr>
                <w:alias w:val="YCAF_T46_R4_C4"/>
                <w:tag w:val="YCAF_T46_R4_C4"/>
                <w:id w:val="10011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83471" w14:textId="77777777" w:rsidR="00DF20CE" w:rsidRPr="00525AF9" w:rsidRDefault="00BD06DC">
            <w:pPr>
              <w:spacing w:after="0"/>
            </w:pPr>
            <w:sdt>
              <w:sdtPr>
                <w:alias w:val="YCAF_T46_R4_C5"/>
                <w:tag w:val="YCAF_T46_R4_C5"/>
                <w:id w:val="10011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8330ADF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9D9D0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4.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5BD2E" w14:textId="77777777" w:rsidR="00DF20CE" w:rsidRPr="00525AF9" w:rsidRDefault="00BD06DC">
            <w:pPr>
              <w:spacing w:after="0"/>
            </w:pPr>
            <w:sdt>
              <w:sdtPr>
                <w:alias w:val="YCAF_T46_R5_C2"/>
                <w:tag w:val="YCAF_T46_R5_C2"/>
                <w:id w:val="10011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76588" w14:textId="77777777" w:rsidR="00DF20CE" w:rsidRPr="00525AF9" w:rsidRDefault="00BD06DC">
            <w:pPr>
              <w:spacing w:after="0"/>
            </w:pPr>
            <w:sdt>
              <w:sdtPr>
                <w:alias w:val="YCAF_T46_R5_C3"/>
                <w:tag w:val="YCAF_T46_R5_C3"/>
                <w:id w:val="10012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1EC164" w14:textId="77777777" w:rsidR="00DF20CE" w:rsidRPr="00525AF9" w:rsidRDefault="00BD06DC">
            <w:pPr>
              <w:spacing w:after="0"/>
            </w:pPr>
            <w:sdt>
              <w:sdtPr>
                <w:alias w:val="YCAF_T46_R5_C4"/>
                <w:tag w:val="YCAF_T46_R5_C4"/>
                <w:id w:val="10012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DC88A" w14:textId="77777777" w:rsidR="00DF20CE" w:rsidRPr="00525AF9" w:rsidRDefault="00BD06DC">
            <w:pPr>
              <w:spacing w:after="0"/>
            </w:pPr>
            <w:sdt>
              <w:sdtPr>
                <w:alias w:val="YCAF_T46_R5_C5"/>
                <w:tag w:val="YCAF_T46_R5_C5"/>
                <w:id w:val="10012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C7BFE02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4F92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5.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77F46" w14:textId="77777777" w:rsidR="00DF20CE" w:rsidRPr="00525AF9" w:rsidRDefault="00BD06DC">
            <w:pPr>
              <w:spacing w:after="0"/>
            </w:pPr>
            <w:sdt>
              <w:sdtPr>
                <w:alias w:val="YCAF_T46_R6_C2"/>
                <w:tag w:val="YCAF_T46_R6_C2"/>
                <w:id w:val="10012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A710E" w14:textId="77777777" w:rsidR="00DF20CE" w:rsidRPr="00525AF9" w:rsidRDefault="00BD06DC">
            <w:pPr>
              <w:spacing w:after="0"/>
            </w:pPr>
            <w:sdt>
              <w:sdtPr>
                <w:alias w:val="YCAF_T46_R6_C3"/>
                <w:tag w:val="YCAF_T46_R6_C3"/>
                <w:id w:val="10012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FEAA5" w14:textId="77777777" w:rsidR="00DF20CE" w:rsidRPr="00525AF9" w:rsidRDefault="00BD06DC">
            <w:pPr>
              <w:spacing w:after="0"/>
            </w:pPr>
            <w:sdt>
              <w:sdtPr>
                <w:alias w:val="YCAF_T46_R6_C4"/>
                <w:tag w:val="YCAF_T46_R6_C4"/>
                <w:id w:val="10012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D99D7F" w14:textId="77777777" w:rsidR="00DF20CE" w:rsidRPr="00525AF9" w:rsidRDefault="00BD06DC">
            <w:pPr>
              <w:spacing w:after="0"/>
            </w:pPr>
            <w:sdt>
              <w:sdtPr>
                <w:alias w:val="YCAF_T46_R6_C5"/>
                <w:tag w:val="YCAF_T46_R6_C5"/>
                <w:id w:val="10012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1EE65BDC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C69A4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6.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DAD64" w14:textId="77777777" w:rsidR="00DF20CE" w:rsidRPr="00525AF9" w:rsidRDefault="00BD06DC">
            <w:pPr>
              <w:spacing w:after="0"/>
            </w:pPr>
            <w:sdt>
              <w:sdtPr>
                <w:alias w:val="YCAF_T46_R7_C2"/>
                <w:tag w:val="YCAF_T46_R7_C2"/>
                <w:id w:val="10012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1B60F" w14:textId="77777777" w:rsidR="00DF20CE" w:rsidRPr="00525AF9" w:rsidRDefault="00BD06DC">
            <w:pPr>
              <w:spacing w:after="0"/>
            </w:pPr>
            <w:sdt>
              <w:sdtPr>
                <w:alias w:val="YCAF_T46_R7_C3"/>
                <w:tag w:val="YCAF_T46_R7_C3"/>
                <w:id w:val="10012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E24A78" w14:textId="77777777" w:rsidR="00DF20CE" w:rsidRPr="00525AF9" w:rsidRDefault="00BD06DC">
            <w:pPr>
              <w:spacing w:after="0"/>
            </w:pPr>
            <w:sdt>
              <w:sdtPr>
                <w:alias w:val="YCAF_T46_R7_C4"/>
                <w:tag w:val="YCAF_T46_R7_C4"/>
                <w:id w:val="10012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FC286" w14:textId="77777777" w:rsidR="00DF20CE" w:rsidRPr="00525AF9" w:rsidRDefault="00BD06DC">
            <w:pPr>
              <w:spacing w:after="0"/>
            </w:pPr>
            <w:sdt>
              <w:sdtPr>
                <w:alias w:val="YCAF_T46_R7_C5"/>
                <w:tag w:val="YCAF_T46_R7_C5"/>
                <w:id w:val="10013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5BEBDD2B" w14:textId="77777777" w:rsidTr="00782DEC">
        <w:trPr>
          <w:cantSplit/>
          <w:trHeight w:val="408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5EBDD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7"/>
              </w:rPr>
              <w:t>7.</w:t>
            </w:r>
          </w:p>
        </w:tc>
        <w:tc>
          <w:tcPr>
            <w:tcW w:w="2976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5E6C6" w14:textId="77777777" w:rsidR="00DF20CE" w:rsidRPr="00525AF9" w:rsidRDefault="00BD06DC">
            <w:pPr>
              <w:spacing w:after="0"/>
            </w:pPr>
            <w:sdt>
              <w:sdtPr>
                <w:alias w:val="YCAF_T46_R8_C2"/>
                <w:tag w:val="YCAF_T46_R8_C2"/>
                <w:id w:val="10013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9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33BEF" w14:textId="77777777" w:rsidR="00DF20CE" w:rsidRPr="00525AF9" w:rsidRDefault="00BD06DC">
            <w:pPr>
              <w:spacing w:after="0"/>
            </w:pPr>
            <w:sdt>
              <w:sdtPr>
                <w:alias w:val="YCAF_T46_R8_C3"/>
                <w:tag w:val="YCAF_T46_R8_C3"/>
                <w:id w:val="10013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55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EF8FE" w14:textId="77777777" w:rsidR="00DF20CE" w:rsidRPr="00525AF9" w:rsidRDefault="00BD06DC">
            <w:pPr>
              <w:spacing w:after="0"/>
            </w:pPr>
            <w:sdt>
              <w:sdtPr>
                <w:alias w:val="YCAF_T46_R8_C4"/>
                <w:tag w:val="YCAF_T46_R8_C4"/>
                <w:id w:val="10013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244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318D1" w14:textId="77777777" w:rsidR="00DF20CE" w:rsidRPr="00525AF9" w:rsidRDefault="00BD06DC">
            <w:pPr>
              <w:spacing w:after="0"/>
            </w:pPr>
            <w:sdt>
              <w:sdtPr>
                <w:alias w:val="YCAF_T46_R8_C5"/>
                <w:tag w:val="YCAF_T46_R8_C5"/>
                <w:id w:val="10013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0290B342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340A3C97" w14:textId="77777777">
        <w:trPr>
          <w:cantSplit/>
          <w:trHeight w:val="351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9AF64" w14:textId="77777777" w:rsidR="00DF20CE" w:rsidRPr="00525AF9" w:rsidRDefault="00DD0F9C">
            <w:pPr>
              <w:spacing w:after="0"/>
            </w:pPr>
            <w:r w:rsidRPr="00525AF9">
              <w:rPr>
                <w:b/>
                <w:color w:val="FFFFFF"/>
                <w:sz w:val="21"/>
              </w:rPr>
              <w:t>9. პროექტის ბიუჯეტი</w:t>
            </w:r>
          </w:p>
        </w:tc>
      </w:tr>
    </w:tbl>
    <w:p w14:paraId="07C32C3D" w14:textId="77777777" w:rsidR="00DF20CE" w:rsidRPr="00525AF9" w:rsidRDefault="00DF20CE">
      <w:pPr>
        <w:spacing w:after="20"/>
      </w:pPr>
    </w:p>
    <w:tbl>
      <w:tblPr>
        <w:tblW w:w="10367" w:type="dxa"/>
        <w:jc w:val="center"/>
        <w:tblLayout w:type="fixed"/>
        <w:tblLook w:val="04A0" w:firstRow="1" w:lastRow="0" w:firstColumn="1" w:lastColumn="0" w:noHBand="0" w:noVBand="1"/>
      </w:tblPr>
      <w:tblGrid>
        <w:gridCol w:w="418"/>
        <w:gridCol w:w="1984"/>
        <w:gridCol w:w="1701"/>
        <w:gridCol w:w="1559"/>
        <w:gridCol w:w="1743"/>
        <w:gridCol w:w="1481"/>
        <w:gridCol w:w="1481"/>
      </w:tblGrid>
      <w:tr w:rsidR="00DF20CE" w:rsidRPr="00525AF9" w14:paraId="17D30615" w14:textId="77777777" w:rsidTr="00782DEC">
        <w:trPr>
          <w:cantSplit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4DE03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603FA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ხარჯის დასახელება</w:t>
            </w:r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358BF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კატეგორია</w:t>
            </w:r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089CE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რაოდენობა</w:t>
            </w:r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36553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ერთეულის ფასი</w:t>
            </w:r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82F18E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საერთო თანხა</w:t>
            </w:r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1F4E7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9843D" w14:textId="77777777" w:rsidR="00DF20CE" w:rsidRPr="00525AF9" w:rsidRDefault="00DD0F9C">
            <w:pPr>
              <w:spacing w:after="0"/>
              <w:jc w:val="center"/>
            </w:pPr>
            <w:r w:rsidRPr="00525AF9">
              <w:rPr>
                <w:b/>
                <w:color w:val="FFFFFF"/>
                <w:sz w:val="15"/>
              </w:rPr>
              <w:t>დასაბუთება</w:t>
            </w:r>
          </w:p>
        </w:tc>
      </w:tr>
      <w:tr w:rsidR="00DF20CE" w:rsidRPr="00525AF9" w14:paraId="5435352A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9D1917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1.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84971" w14:textId="77777777" w:rsidR="00DF20CE" w:rsidRPr="00525AF9" w:rsidRDefault="00BD06DC">
            <w:pPr>
              <w:spacing w:after="0"/>
            </w:pPr>
            <w:sdt>
              <w:sdtPr>
                <w:alias w:val="YCAF_T48_R2_C2"/>
                <w:tag w:val="YCAF_T48_R2_C2"/>
                <w:id w:val="10013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8655D4" w14:textId="77777777" w:rsidR="00DF20CE" w:rsidRPr="00525AF9" w:rsidRDefault="00BD06DC">
            <w:pPr>
              <w:spacing w:after="0"/>
            </w:pPr>
            <w:sdt>
              <w:sdtPr>
                <w:alias w:val="YCAF_T48_R2_C3"/>
                <w:tag w:val="YCAF_T48_R2_C3"/>
                <w:id w:val="10013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7A7CB" w14:textId="77777777" w:rsidR="00DF20CE" w:rsidRPr="00525AF9" w:rsidRDefault="00BD06DC">
            <w:pPr>
              <w:spacing w:after="0"/>
            </w:pPr>
            <w:sdt>
              <w:sdtPr>
                <w:alias w:val="YCAF_T48_R2_C4"/>
                <w:tag w:val="YCAF_T48_R2_C4"/>
                <w:id w:val="10013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0CE14D" w14:textId="77777777" w:rsidR="00DF20CE" w:rsidRPr="00525AF9" w:rsidRDefault="00BD06DC">
            <w:pPr>
              <w:spacing w:after="0"/>
            </w:pPr>
            <w:sdt>
              <w:sdtPr>
                <w:alias w:val="YCAF_T48_R2_C5"/>
                <w:tag w:val="YCAF_T48_R2_C5"/>
                <w:id w:val="10013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C168C" w14:textId="77777777" w:rsidR="00DF20CE" w:rsidRPr="00525AF9" w:rsidRDefault="00BD06DC">
            <w:pPr>
              <w:spacing w:after="0"/>
            </w:pPr>
            <w:sdt>
              <w:sdtPr>
                <w:alias w:val="YCAF_T48_R2_C6"/>
                <w:tag w:val="YCAF_T48_R2_C6"/>
                <w:id w:val="10013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9CEF3" w14:textId="77777777" w:rsidR="00DF20CE" w:rsidRPr="00525AF9" w:rsidRDefault="00BD06DC">
            <w:pPr>
              <w:spacing w:after="0"/>
            </w:pPr>
            <w:sdt>
              <w:sdtPr>
                <w:alias w:val="YCAF_T48_R2_C7"/>
                <w:tag w:val="YCAF_T48_R2_C7"/>
                <w:id w:val="10014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42E78E4F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573E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2.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7B86F5" w14:textId="77777777" w:rsidR="00DF20CE" w:rsidRPr="00525AF9" w:rsidRDefault="00BD06DC">
            <w:pPr>
              <w:spacing w:after="0"/>
            </w:pPr>
            <w:sdt>
              <w:sdtPr>
                <w:alias w:val="YCAF_T48_R3_C2"/>
                <w:tag w:val="YCAF_T48_R3_C2"/>
                <w:id w:val="10014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F54763" w14:textId="77777777" w:rsidR="00DF20CE" w:rsidRPr="00525AF9" w:rsidRDefault="00BD06DC">
            <w:pPr>
              <w:spacing w:after="0"/>
            </w:pPr>
            <w:sdt>
              <w:sdtPr>
                <w:alias w:val="YCAF_T48_R3_C3"/>
                <w:tag w:val="YCAF_T48_R3_C3"/>
                <w:id w:val="10014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06766" w14:textId="77777777" w:rsidR="00DF20CE" w:rsidRPr="00525AF9" w:rsidRDefault="00BD06DC">
            <w:pPr>
              <w:spacing w:after="0"/>
            </w:pPr>
            <w:sdt>
              <w:sdtPr>
                <w:alias w:val="YCAF_T48_R3_C4"/>
                <w:tag w:val="YCAF_T48_R3_C4"/>
                <w:id w:val="10014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B8401" w14:textId="77777777" w:rsidR="00DF20CE" w:rsidRPr="00525AF9" w:rsidRDefault="00BD06DC">
            <w:pPr>
              <w:spacing w:after="0"/>
            </w:pPr>
            <w:sdt>
              <w:sdtPr>
                <w:alias w:val="YCAF_T48_R3_C5"/>
                <w:tag w:val="YCAF_T48_R3_C5"/>
                <w:id w:val="10014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3ECF0" w14:textId="77777777" w:rsidR="00DF20CE" w:rsidRPr="00525AF9" w:rsidRDefault="00BD06DC">
            <w:pPr>
              <w:spacing w:after="0"/>
            </w:pPr>
            <w:sdt>
              <w:sdtPr>
                <w:alias w:val="YCAF_T48_R3_C6"/>
                <w:tag w:val="YCAF_T48_R3_C6"/>
                <w:id w:val="10014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756D1B" w14:textId="77777777" w:rsidR="00DF20CE" w:rsidRPr="00525AF9" w:rsidRDefault="00BD06DC">
            <w:pPr>
              <w:spacing w:after="0"/>
            </w:pPr>
            <w:sdt>
              <w:sdtPr>
                <w:alias w:val="YCAF_T48_R3_C7"/>
                <w:tag w:val="YCAF_T48_R3_C7"/>
                <w:id w:val="10014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5A0B1691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B3CF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3.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DFE5D" w14:textId="77777777" w:rsidR="00DF20CE" w:rsidRPr="00525AF9" w:rsidRDefault="00BD06DC">
            <w:pPr>
              <w:spacing w:after="0"/>
            </w:pPr>
            <w:sdt>
              <w:sdtPr>
                <w:alias w:val="YCAF_T48_R4_C2"/>
                <w:tag w:val="YCAF_T48_R4_C2"/>
                <w:id w:val="10014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3DF38" w14:textId="77777777" w:rsidR="00DF20CE" w:rsidRPr="00525AF9" w:rsidRDefault="00BD06DC">
            <w:pPr>
              <w:spacing w:after="0"/>
            </w:pPr>
            <w:sdt>
              <w:sdtPr>
                <w:alias w:val="YCAF_T48_R4_C3"/>
                <w:tag w:val="YCAF_T48_R4_C3"/>
                <w:id w:val="10014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575258" w14:textId="77777777" w:rsidR="00DF20CE" w:rsidRPr="00525AF9" w:rsidRDefault="00BD06DC">
            <w:pPr>
              <w:spacing w:after="0"/>
            </w:pPr>
            <w:sdt>
              <w:sdtPr>
                <w:alias w:val="YCAF_T48_R4_C4"/>
                <w:tag w:val="YCAF_T48_R4_C4"/>
                <w:id w:val="10014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EBC22" w14:textId="77777777" w:rsidR="00DF20CE" w:rsidRPr="00525AF9" w:rsidRDefault="00BD06DC">
            <w:pPr>
              <w:spacing w:after="0"/>
            </w:pPr>
            <w:sdt>
              <w:sdtPr>
                <w:alias w:val="YCAF_T48_R4_C5"/>
                <w:tag w:val="YCAF_T48_R4_C5"/>
                <w:id w:val="10015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426BD" w14:textId="77777777" w:rsidR="00DF20CE" w:rsidRPr="00525AF9" w:rsidRDefault="00BD06DC">
            <w:pPr>
              <w:spacing w:after="0"/>
            </w:pPr>
            <w:sdt>
              <w:sdtPr>
                <w:alias w:val="YCAF_T48_R4_C6"/>
                <w:tag w:val="YCAF_T48_R4_C6"/>
                <w:id w:val="10015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EF7F3" w14:textId="77777777" w:rsidR="00DF20CE" w:rsidRPr="00525AF9" w:rsidRDefault="00BD06DC">
            <w:pPr>
              <w:spacing w:after="0"/>
            </w:pPr>
            <w:sdt>
              <w:sdtPr>
                <w:alias w:val="YCAF_T48_R4_C7"/>
                <w:tag w:val="YCAF_T48_R4_C7"/>
                <w:id w:val="10015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24C6CB6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6DAB17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4.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497934" w14:textId="77777777" w:rsidR="00DF20CE" w:rsidRPr="00525AF9" w:rsidRDefault="00BD06DC">
            <w:pPr>
              <w:spacing w:after="0"/>
            </w:pPr>
            <w:sdt>
              <w:sdtPr>
                <w:alias w:val="YCAF_T48_R5_C2"/>
                <w:tag w:val="YCAF_T48_R5_C2"/>
                <w:id w:val="10015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BB6CD" w14:textId="77777777" w:rsidR="00DF20CE" w:rsidRPr="00525AF9" w:rsidRDefault="00BD06DC">
            <w:pPr>
              <w:spacing w:after="0"/>
            </w:pPr>
            <w:sdt>
              <w:sdtPr>
                <w:alias w:val="YCAF_T48_R5_C3"/>
                <w:tag w:val="YCAF_T48_R5_C3"/>
                <w:id w:val="10015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0BA6D" w14:textId="77777777" w:rsidR="00DF20CE" w:rsidRPr="00525AF9" w:rsidRDefault="00BD06DC">
            <w:pPr>
              <w:spacing w:after="0"/>
            </w:pPr>
            <w:sdt>
              <w:sdtPr>
                <w:alias w:val="YCAF_T48_R5_C4"/>
                <w:tag w:val="YCAF_T48_R5_C4"/>
                <w:id w:val="10015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CCD47" w14:textId="77777777" w:rsidR="00DF20CE" w:rsidRPr="00525AF9" w:rsidRDefault="00BD06DC">
            <w:pPr>
              <w:spacing w:after="0"/>
            </w:pPr>
            <w:sdt>
              <w:sdtPr>
                <w:alias w:val="YCAF_T48_R5_C5"/>
                <w:tag w:val="YCAF_T48_R5_C5"/>
                <w:id w:val="10015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BBE300" w14:textId="77777777" w:rsidR="00DF20CE" w:rsidRPr="00525AF9" w:rsidRDefault="00BD06DC">
            <w:pPr>
              <w:spacing w:after="0"/>
            </w:pPr>
            <w:sdt>
              <w:sdtPr>
                <w:alias w:val="YCAF_T48_R5_C6"/>
                <w:tag w:val="YCAF_T48_R5_C6"/>
                <w:id w:val="10015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005868" w14:textId="77777777" w:rsidR="00DF20CE" w:rsidRPr="00525AF9" w:rsidRDefault="00BD06DC">
            <w:pPr>
              <w:spacing w:after="0"/>
            </w:pPr>
            <w:sdt>
              <w:sdtPr>
                <w:alias w:val="YCAF_T48_R5_C7"/>
                <w:tag w:val="YCAF_T48_R5_C7"/>
                <w:id w:val="10015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AE8EF2F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387A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5.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76C6E" w14:textId="77777777" w:rsidR="00DF20CE" w:rsidRPr="00525AF9" w:rsidRDefault="00BD06DC">
            <w:pPr>
              <w:spacing w:after="0"/>
            </w:pPr>
            <w:sdt>
              <w:sdtPr>
                <w:alias w:val="YCAF_T48_R6_C2"/>
                <w:tag w:val="YCAF_T48_R6_C2"/>
                <w:id w:val="10015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F7874E" w14:textId="77777777" w:rsidR="00DF20CE" w:rsidRPr="00525AF9" w:rsidRDefault="00BD06DC">
            <w:pPr>
              <w:spacing w:after="0"/>
            </w:pPr>
            <w:sdt>
              <w:sdtPr>
                <w:alias w:val="YCAF_T48_R6_C3"/>
                <w:tag w:val="YCAF_T48_R6_C3"/>
                <w:id w:val="10016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EC93F" w14:textId="77777777" w:rsidR="00DF20CE" w:rsidRPr="00525AF9" w:rsidRDefault="00BD06DC">
            <w:pPr>
              <w:spacing w:after="0"/>
            </w:pPr>
            <w:sdt>
              <w:sdtPr>
                <w:alias w:val="YCAF_T48_R6_C4"/>
                <w:tag w:val="YCAF_T48_R6_C4"/>
                <w:id w:val="10016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4B774A" w14:textId="77777777" w:rsidR="00DF20CE" w:rsidRPr="00525AF9" w:rsidRDefault="00BD06DC">
            <w:pPr>
              <w:spacing w:after="0"/>
            </w:pPr>
            <w:sdt>
              <w:sdtPr>
                <w:alias w:val="YCAF_T48_R6_C5"/>
                <w:tag w:val="YCAF_T48_R6_C5"/>
                <w:id w:val="10016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C2009" w14:textId="77777777" w:rsidR="00DF20CE" w:rsidRPr="00525AF9" w:rsidRDefault="00BD06DC">
            <w:pPr>
              <w:spacing w:after="0"/>
            </w:pPr>
            <w:sdt>
              <w:sdtPr>
                <w:alias w:val="YCAF_T48_R6_C6"/>
                <w:tag w:val="YCAF_T48_R6_C6"/>
                <w:id w:val="10016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D5BE0D" w14:textId="77777777" w:rsidR="00DF20CE" w:rsidRPr="00525AF9" w:rsidRDefault="00BD06DC">
            <w:pPr>
              <w:spacing w:after="0"/>
            </w:pPr>
            <w:sdt>
              <w:sdtPr>
                <w:alias w:val="YCAF_T48_R6_C7"/>
                <w:tag w:val="YCAF_T48_R6_C7"/>
                <w:id w:val="10016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C801C0D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CBEA9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6.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B120A" w14:textId="77777777" w:rsidR="00DF20CE" w:rsidRPr="00525AF9" w:rsidRDefault="00BD06DC">
            <w:pPr>
              <w:spacing w:after="0"/>
            </w:pPr>
            <w:sdt>
              <w:sdtPr>
                <w:alias w:val="YCAF_T48_R7_C2"/>
                <w:tag w:val="YCAF_T48_R7_C2"/>
                <w:id w:val="10016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FEFC4" w14:textId="77777777" w:rsidR="00DF20CE" w:rsidRPr="00525AF9" w:rsidRDefault="00BD06DC">
            <w:pPr>
              <w:spacing w:after="0"/>
            </w:pPr>
            <w:sdt>
              <w:sdtPr>
                <w:alias w:val="YCAF_T48_R7_C3"/>
                <w:tag w:val="YCAF_T48_R7_C3"/>
                <w:id w:val="10016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DD57E" w14:textId="77777777" w:rsidR="00DF20CE" w:rsidRPr="00525AF9" w:rsidRDefault="00BD06DC">
            <w:pPr>
              <w:spacing w:after="0"/>
            </w:pPr>
            <w:sdt>
              <w:sdtPr>
                <w:alias w:val="YCAF_T48_R7_C4"/>
                <w:tag w:val="YCAF_T48_R7_C4"/>
                <w:id w:val="10016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431D2" w14:textId="77777777" w:rsidR="00DF20CE" w:rsidRPr="00525AF9" w:rsidRDefault="00BD06DC">
            <w:pPr>
              <w:spacing w:after="0"/>
            </w:pPr>
            <w:sdt>
              <w:sdtPr>
                <w:alias w:val="YCAF_T48_R7_C5"/>
                <w:tag w:val="YCAF_T48_R7_C5"/>
                <w:id w:val="10016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18001C" w14:textId="77777777" w:rsidR="00DF20CE" w:rsidRPr="00525AF9" w:rsidRDefault="00BD06DC">
            <w:pPr>
              <w:spacing w:after="0"/>
            </w:pPr>
            <w:sdt>
              <w:sdtPr>
                <w:alias w:val="YCAF_T48_R7_C6"/>
                <w:tag w:val="YCAF_T48_R7_C6"/>
                <w:id w:val="10016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8FC33" w14:textId="77777777" w:rsidR="00DF20CE" w:rsidRPr="00525AF9" w:rsidRDefault="00BD06DC">
            <w:pPr>
              <w:spacing w:after="0"/>
            </w:pPr>
            <w:sdt>
              <w:sdtPr>
                <w:alias w:val="YCAF_T48_R7_C7"/>
                <w:tag w:val="YCAF_T48_R7_C7"/>
                <w:id w:val="10017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522F459C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C0EB4D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7.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FB4E1" w14:textId="77777777" w:rsidR="00DF20CE" w:rsidRPr="00525AF9" w:rsidRDefault="00BD06DC">
            <w:pPr>
              <w:spacing w:after="0"/>
            </w:pPr>
            <w:sdt>
              <w:sdtPr>
                <w:alias w:val="YCAF_T48_R8_C2"/>
                <w:tag w:val="YCAF_T48_R8_C2"/>
                <w:id w:val="10017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ACF4B" w14:textId="77777777" w:rsidR="00DF20CE" w:rsidRPr="00525AF9" w:rsidRDefault="00BD06DC">
            <w:pPr>
              <w:spacing w:after="0"/>
            </w:pPr>
            <w:sdt>
              <w:sdtPr>
                <w:alias w:val="YCAF_T48_R8_C3"/>
                <w:tag w:val="YCAF_T48_R8_C3"/>
                <w:id w:val="10017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F2285" w14:textId="77777777" w:rsidR="00DF20CE" w:rsidRPr="00525AF9" w:rsidRDefault="00BD06DC">
            <w:pPr>
              <w:spacing w:after="0"/>
            </w:pPr>
            <w:sdt>
              <w:sdtPr>
                <w:alias w:val="YCAF_T48_R8_C4"/>
                <w:tag w:val="YCAF_T48_R8_C4"/>
                <w:id w:val="10017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C43F4" w14:textId="77777777" w:rsidR="00DF20CE" w:rsidRPr="00525AF9" w:rsidRDefault="00BD06DC">
            <w:pPr>
              <w:spacing w:after="0"/>
            </w:pPr>
            <w:sdt>
              <w:sdtPr>
                <w:alias w:val="YCAF_T48_R8_C5"/>
                <w:tag w:val="YCAF_T48_R8_C5"/>
                <w:id w:val="10017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79007" w14:textId="77777777" w:rsidR="00DF20CE" w:rsidRPr="00525AF9" w:rsidRDefault="00BD06DC">
            <w:pPr>
              <w:spacing w:after="0"/>
            </w:pPr>
            <w:sdt>
              <w:sdtPr>
                <w:alias w:val="YCAF_T48_R8_C6"/>
                <w:tag w:val="YCAF_T48_R8_C6"/>
                <w:id w:val="10017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D32B6" w14:textId="77777777" w:rsidR="00DF20CE" w:rsidRPr="00525AF9" w:rsidRDefault="00BD06DC">
            <w:pPr>
              <w:spacing w:after="0"/>
            </w:pPr>
            <w:sdt>
              <w:sdtPr>
                <w:alias w:val="YCAF_T48_R8_C7"/>
                <w:tag w:val="YCAF_T48_R8_C7"/>
                <w:id w:val="10017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16FC9C08" w14:textId="77777777" w:rsidTr="00782DEC">
        <w:trPr>
          <w:cantSplit/>
          <w:trHeight w:val="386"/>
          <w:jc w:val="center"/>
        </w:trPr>
        <w:tc>
          <w:tcPr>
            <w:tcW w:w="418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8E552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6"/>
              </w:rPr>
              <w:t>8.</w:t>
            </w:r>
          </w:p>
        </w:tc>
        <w:tc>
          <w:tcPr>
            <w:tcW w:w="1984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668194" w14:textId="77777777" w:rsidR="00DF20CE" w:rsidRPr="00525AF9" w:rsidRDefault="00BD06DC">
            <w:pPr>
              <w:spacing w:after="0"/>
            </w:pPr>
            <w:sdt>
              <w:sdtPr>
                <w:alias w:val="YCAF_T48_R9_C2"/>
                <w:tag w:val="YCAF_T48_R9_C2"/>
                <w:id w:val="10017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85E9B4" w14:textId="77777777" w:rsidR="00DF20CE" w:rsidRPr="00525AF9" w:rsidRDefault="00BD06DC">
            <w:pPr>
              <w:spacing w:after="0"/>
            </w:pPr>
            <w:sdt>
              <w:sdtPr>
                <w:alias w:val="YCAF_T48_R9_C3"/>
                <w:tag w:val="YCAF_T48_R9_C3"/>
                <w:id w:val="10017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559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3572F" w14:textId="77777777" w:rsidR="00DF20CE" w:rsidRPr="00525AF9" w:rsidRDefault="00BD06DC">
            <w:pPr>
              <w:spacing w:after="0"/>
            </w:pPr>
            <w:sdt>
              <w:sdtPr>
                <w:alias w:val="YCAF_T48_R9_C4"/>
                <w:tag w:val="YCAF_T48_R9_C4"/>
                <w:id w:val="10017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743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49A24" w14:textId="77777777" w:rsidR="00DF20CE" w:rsidRPr="00525AF9" w:rsidRDefault="00BD06DC">
            <w:pPr>
              <w:spacing w:after="0"/>
            </w:pPr>
            <w:sdt>
              <w:sdtPr>
                <w:alias w:val="YCAF_T48_R9_C5"/>
                <w:tag w:val="YCAF_T48_R9_C5"/>
                <w:id w:val="10018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A187D" w14:textId="77777777" w:rsidR="00DF20CE" w:rsidRPr="00525AF9" w:rsidRDefault="00BD06DC">
            <w:pPr>
              <w:spacing w:after="0"/>
            </w:pPr>
            <w:sdt>
              <w:sdtPr>
                <w:alias w:val="YCAF_T48_R9_C6"/>
                <w:tag w:val="YCAF_T48_R9_C6"/>
                <w:id w:val="10018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  <w:tc>
          <w:tcPr>
            <w:tcW w:w="1481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F4F8F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A6333" w14:textId="77777777" w:rsidR="00DF20CE" w:rsidRPr="00525AF9" w:rsidRDefault="00BD06DC">
            <w:pPr>
              <w:spacing w:after="0"/>
            </w:pPr>
            <w:sdt>
              <w:sdtPr>
                <w:alias w:val="YCAF_T48_R9_C7"/>
                <w:tag w:val="YCAF_T48_R9_C7"/>
                <w:id w:val="10018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3FAA629" w14:textId="77777777" w:rsidR="00DF20CE" w:rsidRPr="00525AF9" w:rsidRDefault="00DF20CE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01ED1CDD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C56921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მოთხოვნილი პროექტის დაფინანსება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F091B" w14:textId="77777777" w:rsidR="00DF20CE" w:rsidRPr="00525AF9" w:rsidRDefault="00BD06DC">
            <w:pPr>
              <w:spacing w:after="0"/>
            </w:pPr>
            <w:sdt>
              <w:sdtPr>
                <w:alias w:val="YCAF_T49_R1_C2"/>
                <w:tag w:val="YCAF_T49_R1_C2"/>
                <w:id w:val="10018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39193288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790BC7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მიმღები ორგანიზაციის ადმინისტრაციული ხარჯი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C57B55" w14:textId="77777777" w:rsidR="00DF20CE" w:rsidRPr="00525AF9" w:rsidRDefault="00BD06DC">
            <w:pPr>
              <w:spacing w:after="0"/>
            </w:pPr>
            <w:sdt>
              <w:sdtPr>
                <w:alias w:val="YCAF_T49_R2_C2"/>
                <w:tag w:val="YCAF_T49_R2_C2"/>
                <w:id w:val="10018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1783E226" w14:textId="77777777">
        <w:trPr>
          <w:cantSplit/>
          <w:trHeight w:val="351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45D28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აღჭურვილობის/ტექნიკისა და კაპიტალური ინვესტიციის საერთო ხარჯი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68187" w14:textId="77777777" w:rsidR="00DF20CE" w:rsidRPr="00525AF9" w:rsidRDefault="00BD06DC">
            <w:pPr>
              <w:spacing w:after="0"/>
            </w:pPr>
            <w:sdt>
              <w:sdtPr>
                <w:alias w:val="YCAF_T49_R3_C2"/>
                <w:tag w:val="YCAF_T49_R3_C2"/>
                <w:id w:val="10018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398797EF" w14:textId="77777777" w:rsidR="00DF20CE" w:rsidRPr="00525AF9" w:rsidRDefault="00DF20CE">
      <w:pPr>
        <w:spacing w:after="40"/>
      </w:pPr>
    </w:p>
    <w:p w14:paraId="21DC7448" w14:textId="77777777" w:rsidR="00DF20CE" w:rsidRPr="00525AF9" w:rsidRDefault="00DD0F9C">
      <w:r w:rsidRPr="00525AF9">
        <w:rPr>
          <w:i/>
          <w:color w:val="666666"/>
          <w:sz w:val="16"/>
        </w:rPr>
        <w:t xml:space="preserve">ადმინისტრაციული ხარჯი </w:t>
      </w:r>
      <w:r w:rsidR="00782DEC" w:rsidRPr="00525AF9">
        <w:rPr>
          <w:i/>
          <w:color w:val="666666"/>
          <w:sz w:val="16"/>
          <w:lang w:val="ka-GE"/>
        </w:rPr>
        <w:t>–</w:t>
      </w:r>
      <w:r w:rsidRPr="00525AF9">
        <w:rPr>
          <w:i/>
          <w:color w:val="666666"/>
          <w:sz w:val="16"/>
        </w:rPr>
        <w:t xml:space="preserve"> არაუმეტეს პროექტის დაფინანსების 15%-ისა; აღჭურვილობის/ტექნიკისა და კაპიტალური ინვესტიციის საერთო ხარჯი</w:t>
      </w:r>
      <w:r w:rsidR="00782DEC" w:rsidRPr="00525AF9">
        <w:rPr>
          <w:i/>
          <w:color w:val="666666"/>
          <w:sz w:val="16"/>
          <w:lang w:val="ka-GE"/>
        </w:rPr>
        <w:t xml:space="preserve"> –</w:t>
      </w:r>
      <w:r w:rsidRPr="00525AF9">
        <w:rPr>
          <w:i/>
          <w:color w:val="666666"/>
          <w:sz w:val="16"/>
        </w:rPr>
        <w:t xml:space="preserve"> არაუმეტეს პროექტის ბიუჯეტის 50%-ისა.</w:t>
      </w:r>
    </w:p>
    <w:p w14:paraId="2165BA6F" w14:textId="77777777" w:rsidR="00DF20CE" w:rsidRPr="00525AF9" w:rsidRDefault="00DD0F9C">
      <w:pPr>
        <w:pageBreakBefore/>
        <w:shd w:val="clear" w:color="auto" w:fill="1F4E78"/>
        <w:spacing w:after="80"/>
        <w:ind w:left="45" w:right="45"/>
      </w:pPr>
      <w:r w:rsidRPr="00525AF9">
        <w:rPr>
          <w:b/>
          <w:color w:val="FFFFFF"/>
          <w:sz w:val="21"/>
        </w:rPr>
        <w:lastRenderedPageBreak/>
        <w:t>10. სავალდებულო დეკლარაცია</w:t>
      </w:r>
    </w:p>
    <w:p w14:paraId="56AE0AB7" w14:textId="77777777" w:rsidR="00DF20CE" w:rsidRPr="00525AF9" w:rsidRDefault="00BD06DC">
      <w:pPr>
        <w:spacing w:after="20"/>
      </w:pPr>
      <w:sdt>
        <w:sdtPr>
          <w:alias w:val="YCAF_CHECK_23"/>
          <w:tag w:val="YCAF_CHECK_23"/>
          <w:id w:val="100219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ვადასტურებთ, რომ განაცხადში მოცემული ინფორმაცია სრული და სწორია;</w:t>
      </w:r>
    </w:p>
    <w:p w14:paraId="6DDDF8E0" w14:textId="77777777" w:rsidR="00DF20CE" w:rsidRPr="00525AF9" w:rsidRDefault="00BD06DC">
      <w:pPr>
        <w:spacing w:after="20"/>
      </w:pPr>
      <w:sdt>
        <w:sdtPr>
          <w:alias w:val="YCAF_CHECK_24"/>
          <w:tag w:val="YCAF_CHECK_24"/>
          <w:id w:val="100220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ვადასტურებთ, რომ პროექტი ინიცირებული, შემუშავებული და მართულია მინიმუმ ორი 15–24 წლის პროექტის ახალგაზრდა ლიდერის მიერ, რომლებიც აქტიურად მონაწილეობენ გადაწყვეტილებების მიღებასა და ზედამხედველობაში;</w:t>
      </w:r>
    </w:p>
    <w:p w14:paraId="77A1A6E0" w14:textId="77777777" w:rsidR="00DF20CE" w:rsidRPr="00525AF9" w:rsidRDefault="00BD06DC">
      <w:pPr>
        <w:spacing w:after="20"/>
      </w:pPr>
      <w:sdt>
        <w:sdtPr>
          <w:alias w:val="YCAF_CHECK_25"/>
          <w:tag w:val="YCAF_CHECK_25"/>
          <w:id w:val="100221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ვადასტურებთ, რომ პროექტის სრულად განხორციელება შესაძლებელია მოთხოვნილი დაფინანსების ფარგლებში და არ არის დამოკიდებული სხვა წყაროდან დამატებითი დაფინანსების მიღებაზე;</w:t>
      </w:r>
    </w:p>
    <w:p w14:paraId="0F8BE92C" w14:textId="77777777" w:rsidR="00DF20CE" w:rsidRPr="00525AF9" w:rsidRDefault="00BD06DC">
      <w:pPr>
        <w:spacing w:after="20"/>
      </w:pPr>
      <w:sdt>
        <w:sdtPr>
          <w:alias w:val="YCAF_CHECK_26"/>
          <w:tag w:val="YCAF_CHECK_26"/>
          <w:id w:val="100222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ვადასტურებთ, რომ პროექტის ფარგლებში მოთხოვნილი ხარჯები სხვა წყაროდან ორმაგად არ ფინანსდება და არ მიეკუთვნება დებულებით განსაზღვრულ დაუშვებელ ხარჯებს;</w:t>
      </w:r>
    </w:p>
    <w:p w14:paraId="057CF1F6" w14:textId="77777777" w:rsidR="00DF20CE" w:rsidRPr="00525AF9" w:rsidRDefault="00BD06DC">
      <w:pPr>
        <w:spacing w:after="20"/>
      </w:pPr>
      <w:sdt>
        <w:sdtPr>
          <w:alias w:val="YCAF_CHECK_27"/>
          <w:tag w:val="YCAF_CHECK_27"/>
          <w:id w:val="100223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ვადასტურებთ, რომ ინტერესთა კონფლიქტთან დაკავშირებული გარემოებები, არსებობის შემთხვევაში, სრულად არის გაცხადებული;</w:t>
      </w:r>
    </w:p>
    <w:p w14:paraId="255B2DF4" w14:textId="77777777" w:rsidR="00DF20CE" w:rsidRPr="00525AF9" w:rsidRDefault="00BD06DC">
      <w:pPr>
        <w:spacing w:after="20"/>
      </w:pPr>
      <w:sdt>
        <w:sdtPr>
          <w:alias w:val="YCAF_CHECK_28"/>
          <w:tag w:val="YCAF_CHECK_28"/>
          <w:id w:val="100224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ვეთანხმებით პერსონალური მონაცემების დამუშავებას კონკურსის ადმინისტრირების, შეფასების, მონიტორინგისა და ანგარიშგების მიზნით;</w:t>
      </w:r>
    </w:p>
    <w:p w14:paraId="35FEBD56" w14:textId="77777777" w:rsidR="00DF20CE" w:rsidRPr="00525AF9" w:rsidRDefault="00BD06DC">
      <w:pPr>
        <w:spacing w:after="20"/>
      </w:pPr>
      <w:sdt>
        <w:sdtPr>
          <w:alias w:val="YCAF_CHECK_29"/>
          <w:tag w:val="YCAF_CHECK_29"/>
          <w:id w:val="100225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ვეთანხმებით, რომ დეიდენტიფიცირებული ინფორმაცია შეიძლება გამოყენებულ იქნეს YCAF-ის პროგრამული ადმინისტრირების, შეფასებისა და შედეგების ანალიზის მიზნებისთვის;</w:t>
      </w:r>
    </w:p>
    <w:p w14:paraId="08B261F7" w14:textId="77777777" w:rsidR="00DF20CE" w:rsidRPr="00525AF9" w:rsidRDefault="00BD06DC">
      <w:pPr>
        <w:spacing w:after="20"/>
      </w:pPr>
      <w:sdt>
        <w:sdtPr>
          <w:alias w:val="YCAF_CHECK_30"/>
          <w:tag w:val="YCAF_CHECK_30"/>
          <w:id w:val="100226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დაფინანსების</w:t>
      </w:r>
      <w:r w:rsidR="00DD0F9C" w:rsidRPr="00525AF9">
        <w:rPr>
          <w:color w:val="1F1F1F"/>
          <w:sz w:val="18"/>
        </w:rPr>
        <w:t xml:space="preserve"> მიმღები ორგანიზაცია ადასტურებს, რომ რეგისტრირებულია საქართველოს კანონმდებლობის შესაბამისად, წარმოადგენს დებულების მე-6 მუხლით განსაზღვრულ უფლებამოსილ საჯარო ან არასამეწარმეო (არაკომერციულ) სუბიექტს, ორგანიზაციის სახელზე აქვს გახსნილი მოქმედი საბანკო ანგარიში და არ მიეკუთვნება დებულებით განსაზღვრულ დაუშვებელ მიმღებ ორგანიზაციებს;</w:t>
      </w:r>
    </w:p>
    <w:p w14:paraId="28E93E66" w14:textId="0AC82286" w:rsidR="00DF20CE" w:rsidRPr="00525AF9" w:rsidRDefault="00BD06DC">
      <w:pPr>
        <w:spacing w:after="20"/>
      </w:pPr>
      <w:sdt>
        <w:sdtPr>
          <w:alias w:val="YCAF_CHECK_31"/>
          <w:tag w:val="YCAF_CHECK_31"/>
          <w:id w:val="100227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</w:t>
      </w:r>
      <w:r w:rsidR="00DD0F9C" w:rsidRPr="00525AF9">
        <w:rPr>
          <w:color w:val="1F1F1F"/>
          <w:sz w:val="18"/>
        </w:rPr>
        <w:t>ვადასტურებთ, რომ გაცნობილი ვართ დებულებით განსაზღვრულ წესს, რომლის თანახმადაც ერთი და იმავე მიმღები ორგანიზაციის მეშვეობით შეიძლება დაფინანსდეს არაუმეტეს სამი დამოუკიდებელი პროექტისა</w:t>
      </w:r>
      <w:r w:rsidR="00B77EE7">
        <w:rPr>
          <w:color w:val="1F1F1F"/>
          <w:sz w:val="18"/>
          <w:lang w:val="ka-GE"/>
        </w:rPr>
        <w:t xml:space="preserve">, </w:t>
      </w:r>
      <w:r w:rsidR="00B77EE7" w:rsidRPr="00B77EE7">
        <w:rPr>
          <w:color w:val="1F1F1F"/>
          <w:sz w:val="18"/>
          <w:lang w:val="ka-GE"/>
        </w:rPr>
        <w:t>გარდა დებულებით გათვალისწინებული გამონაკლისისა</w:t>
      </w:r>
      <w:r w:rsidR="00DD0F9C" w:rsidRPr="00525AF9">
        <w:rPr>
          <w:color w:val="1F1F1F"/>
          <w:sz w:val="18"/>
        </w:rPr>
        <w:t>;</w:t>
      </w:r>
    </w:p>
    <w:p w14:paraId="170BA97F" w14:textId="77777777" w:rsidR="00DF20CE" w:rsidRPr="00525AF9" w:rsidRDefault="00BD06DC">
      <w:pPr>
        <w:spacing w:after="20"/>
      </w:pPr>
      <w:sdt>
        <w:sdtPr>
          <w:alias w:val="YCAF_CHECK_32"/>
          <w:tag w:val="YCAF_CHECK_32"/>
          <w:id w:val="100228"/>
          <w14:checkbox>
            <w14:checked w14:val="0"/>
            <w14:checkedState w14:val="2611" w14:font="MS Gothic"/>
            <w14:uncheckedState w14:val="2610" w14:font="MS Gothic"/>
          </w14:checkbox>
        </w:sdtPr>
        <w:sdtEndPr/>
        <w:sdtContent>
          <w:r w:rsidR="00DD0F9C">
            <w:rPr>
              <w:color w:val="1F1F1F"/>
              <w:sz w:val="18"/>
            </w:rPr>
            <w:t>☐</w:t>
          </w:r>
        </w:sdtContent>
      </w:sdt>
      <w:r w:rsidR="00DD0F9C">
        <w:rPr>
          <w:color w:val="1F1F1F"/>
          <w:sz w:val="18"/>
        </w:rPr>
        <w:t xml:space="preserve">  დაფინანსების</w:t>
      </w:r>
      <w:r w:rsidR="00DD0F9C" w:rsidRPr="00525AF9">
        <w:rPr>
          <w:color w:val="1F1F1F"/>
          <w:sz w:val="18"/>
        </w:rPr>
        <w:t xml:space="preserve"> მიმღები ორგანიზაცია ადასტურებს, რომ პროექტის დაფინანსების შემთხვევაში შეასრულებს ქალაქ ბათუმის მუნიციპალიტეტთან გაფორმებული მიზნობრივი დაფინანსების ხელშეკრულებითა და მასზე გავრცელებადი </w:t>
      </w:r>
      <w:r w:rsidR="004F21F1" w:rsidRPr="00525AF9">
        <w:rPr>
          <w:color w:val="1F1F1F"/>
          <w:sz w:val="18"/>
        </w:rPr>
        <w:t>YCAF-ისა და RPA-ის</w:t>
      </w:r>
      <w:r w:rsidR="005E4614" w:rsidRPr="00525AF9">
        <w:rPr>
          <w:color w:val="1F1F1F"/>
          <w:sz w:val="18"/>
          <w:lang w:val="ka-GE"/>
        </w:rPr>
        <w:t xml:space="preserve"> </w:t>
      </w:r>
      <w:r w:rsidR="00DD0F9C" w:rsidRPr="00525AF9">
        <w:rPr>
          <w:color w:val="1F1F1F"/>
          <w:sz w:val="18"/>
        </w:rPr>
        <w:t>მოთხოვნებით განსაზღვრულ ვალდებულებებს.</w:t>
      </w:r>
    </w:p>
    <w:p w14:paraId="3E64EC6A" w14:textId="77777777" w:rsidR="00782DEC" w:rsidRPr="00525AF9" w:rsidRDefault="00782DEC">
      <w:pPr>
        <w:keepNext/>
        <w:spacing w:before="20" w:after="20"/>
        <w:rPr>
          <w:b/>
          <w:color w:val="1F1F1F"/>
          <w:sz w:val="19"/>
        </w:rPr>
      </w:pPr>
    </w:p>
    <w:p w14:paraId="40CE7460" w14:textId="77777777" w:rsidR="00DF20CE" w:rsidRPr="00525AF9" w:rsidRDefault="00DD0F9C">
      <w:pPr>
        <w:keepNext/>
        <w:spacing w:before="20" w:after="20"/>
      </w:pPr>
      <w:r w:rsidRPr="00525AF9">
        <w:rPr>
          <w:b/>
          <w:color w:val="1F1F1F"/>
          <w:sz w:val="19"/>
        </w:rPr>
        <w:t>ინტერესთა კონფლიქტთან დაკავშირებული გარემოებები, არსებობის შემთხვევაში: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0"/>
      </w:tblGrid>
      <w:tr w:rsidR="00DF20CE" w:rsidRPr="00525AF9" w14:paraId="599DD38C" w14:textId="77777777">
        <w:trPr>
          <w:cantSplit/>
          <w:trHeight w:val="567"/>
          <w:jc w:val="center"/>
        </w:trPr>
        <w:tc>
          <w:tcPr>
            <w:tcW w:w="10370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5366DC" w14:textId="77777777" w:rsidR="00DF20CE" w:rsidRPr="00525AF9" w:rsidRDefault="00BD06DC">
            <w:pPr>
              <w:spacing w:after="0"/>
            </w:pPr>
            <w:sdt>
              <w:sdtPr>
                <w:alias w:val="YCAF_T50_R1_C1"/>
                <w:tag w:val="YCAF_T50_R1_C1"/>
                <w:id w:val="10018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6C98298" w14:textId="77777777" w:rsidR="00DF20CE" w:rsidRPr="00525AF9" w:rsidRDefault="00DF20CE">
      <w:pPr>
        <w:spacing w:after="40"/>
      </w:pPr>
    </w:p>
    <w:p w14:paraId="4BA3C7CD" w14:textId="77777777" w:rsidR="00DF20CE" w:rsidRPr="00525AF9" w:rsidRDefault="00DD0F9C">
      <w:pPr>
        <w:spacing w:after="40"/>
      </w:pPr>
      <w:r w:rsidRPr="00525AF9">
        <w:rPr>
          <w:b/>
          <w:color w:val="1F4E78"/>
          <w:sz w:val="19"/>
        </w:rPr>
        <w:t>საკონტაქტო ახალგაზრდა ლიდერი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4544B6C8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4E15B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650C0" w14:textId="77777777" w:rsidR="00DF20CE" w:rsidRPr="00525AF9" w:rsidRDefault="00BD06DC">
            <w:pPr>
              <w:spacing w:after="0"/>
            </w:pPr>
            <w:sdt>
              <w:sdtPr>
                <w:alias w:val="YCAF_T51_R1_C2"/>
                <w:tag w:val="YCAF_T51_R1_C2"/>
                <w:id w:val="100187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3C5B517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4F91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ხელმოწერა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59AF0" w14:textId="77777777" w:rsidR="00DF20CE" w:rsidRPr="00525AF9" w:rsidRDefault="00BD06DC">
            <w:pPr>
              <w:spacing w:after="0"/>
            </w:pPr>
            <w:sdt>
              <w:sdtPr>
                <w:alias w:val="YCAF_T51_R2_C2"/>
                <w:tag w:val="YCAF_T51_R2_C2"/>
                <w:id w:val="100188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6BA3D05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10D45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თარიღი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6E8B5" w14:textId="77777777" w:rsidR="00DF20CE" w:rsidRPr="00525AF9" w:rsidRDefault="00BD06DC">
            <w:pPr>
              <w:spacing w:after="0"/>
            </w:pPr>
            <w:sdt>
              <w:sdtPr>
                <w:alias w:val="YCAF_T51_R3_C2"/>
                <w:tag w:val="YCAF_T51_R3_C2"/>
                <w:id w:val="100189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61C3DDC7" w14:textId="77777777" w:rsidR="00DF20CE" w:rsidRPr="00525AF9" w:rsidRDefault="00DF20CE">
      <w:pPr>
        <w:spacing w:after="40"/>
      </w:pPr>
    </w:p>
    <w:p w14:paraId="322009F7" w14:textId="77777777" w:rsidR="00DF20CE" w:rsidRPr="00525AF9" w:rsidRDefault="00DD0F9C">
      <w:pPr>
        <w:spacing w:after="40"/>
      </w:pPr>
      <w:r w:rsidRPr="00525AF9">
        <w:rPr>
          <w:b/>
          <w:color w:val="1F4E78"/>
          <w:sz w:val="19"/>
        </w:rPr>
        <w:t>დაფინანსების მიმღები ორგანიზაციის უფლებამოსილი წარმომადგენელი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0034ADA3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B0713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B1C2D" w14:textId="77777777" w:rsidR="00DF20CE" w:rsidRPr="00525AF9" w:rsidRDefault="00BD06DC">
            <w:pPr>
              <w:spacing w:after="0"/>
            </w:pPr>
            <w:sdt>
              <w:sdtPr>
                <w:alias w:val="YCAF_T52_R1_C2"/>
                <w:tag w:val="YCAF_T52_R1_C2"/>
                <w:id w:val="100190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235051E5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5FE08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თანამდებობა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F857A" w14:textId="77777777" w:rsidR="00DF20CE" w:rsidRPr="00525AF9" w:rsidRDefault="00BD06DC">
            <w:pPr>
              <w:spacing w:after="0"/>
            </w:pPr>
            <w:sdt>
              <w:sdtPr>
                <w:alias w:val="YCAF_T52_R2_C2"/>
                <w:tag w:val="YCAF_T52_R2_C2"/>
                <w:id w:val="100191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7F27695E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6276FC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ხელმოწერა / ბეჭედი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B959C" w14:textId="77777777" w:rsidR="00DF20CE" w:rsidRPr="00525AF9" w:rsidRDefault="00BD06DC">
            <w:pPr>
              <w:spacing w:after="0"/>
            </w:pPr>
            <w:sdt>
              <w:sdtPr>
                <w:alias w:val="YCAF_T52_R3_C2"/>
                <w:tag w:val="YCAF_T52_R3_C2"/>
                <w:id w:val="100192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0492328C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24A57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თარიღი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AA394" w14:textId="77777777" w:rsidR="00DF20CE" w:rsidRPr="00525AF9" w:rsidRDefault="00BD06DC">
            <w:pPr>
              <w:spacing w:after="0"/>
            </w:pPr>
            <w:sdt>
              <w:sdtPr>
                <w:alias w:val="YCAF_T52_R4_C2"/>
                <w:tag w:val="YCAF_T52_R4_C2"/>
                <w:id w:val="100193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77A9C6CC" w14:textId="77777777" w:rsidR="00DF20CE" w:rsidRPr="00525AF9" w:rsidRDefault="00DF20CE">
      <w:pPr>
        <w:spacing w:after="40"/>
      </w:pPr>
    </w:p>
    <w:p w14:paraId="473C8B2D" w14:textId="77777777" w:rsidR="00DF20CE" w:rsidRPr="00525AF9" w:rsidRDefault="00DD0F9C">
      <w:pPr>
        <w:spacing w:after="40"/>
      </w:pPr>
      <w:r w:rsidRPr="00525AF9">
        <w:rPr>
          <w:b/>
          <w:color w:val="1F4E78"/>
          <w:sz w:val="19"/>
        </w:rPr>
        <w:t>კანონიერი წარმომადგენელი</w:t>
      </w:r>
      <w:r w:rsidR="00294605" w:rsidRPr="00525AF9">
        <w:rPr>
          <w:b/>
          <w:color w:val="1F4E78"/>
          <w:sz w:val="19"/>
          <w:lang w:val="ka-GE"/>
        </w:rPr>
        <w:t xml:space="preserve"> –</w:t>
      </w:r>
      <w:r w:rsidR="004F21F1" w:rsidRPr="00525AF9">
        <w:rPr>
          <w:rFonts w:cs="Times New Roman"/>
          <w:b/>
          <w:color w:val="1F4E78"/>
          <w:sz w:val="19"/>
          <w:lang w:val="ka-GE"/>
        </w:rPr>
        <w:t xml:space="preserve"> </w:t>
      </w:r>
      <w:r w:rsidRPr="00525AF9">
        <w:rPr>
          <w:b/>
          <w:color w:val="1F4E78"/>
          <w:sz w:val="19"/>
        </w:rPr>
        <w:t>არასრულწლოვანი ახალგაზრდის შემთხვევაში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DF20CE" w:rsidRPr="00525AF9" w14:paraId="5EC3AAB6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41BFB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სახელი და გვარი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255D5" w14:textId="77777777" w:rsidR="00DF20CE" w:rsidRPr="00525AF9" w:rsidRDefault="00BD06DC">
            <w:pPr>
              <w:spacing w:after="0"/>
            </w:pPr>
            <w:sdt>
              <w:sdtPr>
                <w:alias w:val="YCAF_T53_R1_C2"/>
                <w:tag w:val="YCAF_T53_R1_C2"/>
                <w:id w:val="100194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:rsidRPr="00525AF9" w14:paraId="6FE606DB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78FC42" w14:textId="77777777" w:rsidR="00DF20CE" w:rsidRPr="00525AF9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ხელმოწერა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23849" w14:textId="77777777" w:rsidR="00DF20CE" w:rsidRPr="00525AF9" w:rsidRDefault="00BD06DC">
            <w:pPr>
              <w:spacing w:after="0"/>
            </w:pPr>
            <w:sdt>
              <w:sdtPr>
                <w:alias w:val="YCAF_T53_R2_C2"/>
                <w:tag w:val="YCAF_T53_R2_C2"/>
                <w:id w:val="100195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  <w:tr w:rsidR="00DF20CE" w14:paraId="37F3ACDA" w14:textId="77777777">
        <w:trPr>
          <w:cantSplit/>
          <w:trHeight w:val="340"/>
          <w:jc w:val="center"/>
        </w:trPr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2048E" w14:textId="77777777" w:rsidR="00DF20CE" w:rsidRDefault="00DD0F9C">
            <w:pPr>
              <w:spacing w:after="0"/>
            </w:pPr>
            <w:r w:rsidRPr="00525AF9">
              <w:rPr>
                <w:color w:val="1F1F1F"/>
                <w:sz w:val="18"/>
              </w:rPr>
              <w:t>თარიღი</w:t>
            </w:r>
          </w:p>
        </w:tc>
        <w:tc>
          <w:tcPr>
            <w:tcW w:w="5185" w:type="dxa"/>
            <w:tcBorders>
              <w:top w:val="single" w:sz="6" w:space="0" w:color="B4C6D7"/>
              <w:left w:val="single" w:sz="6" w:space="0" w:color="B4C6D7"/>
              <w:bottom w:val="single" w:sz="6" w:space="0" w:color="B4C6D7"/>
              <w:right w:val="single" w:sz="6" w:space="0" w:color="B4C6D7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5A54F" w14:textId="77777777" w:rsidR="00DF20CE" w:rsidRDefault="00BD06DC">
            <w:pPr>
              <w:spacing w:after="0"/>
            </w:pPr>
            <w:sdt>
              <w:sdtPr>
                <w:alias w:val="YCAF_T53_R3_C2"/>
                <w:tag w:val="YCAF_T53_R3_C2"/>
                <w:id w:val="100196"/>
                <w:text w:multiLine="1"/>
              </w:sdtPr>
              <w:sdtEndPr/>
              <w:sdtContent>
                <w:r w:rsidR="00DF20CE">
                  <w:t xml:space="preserve"> </w:t>
                </w:r>
              </w:sdtContent>
            </w:sdt>
          </w:p>
        </w:tc>
      </w:tr>
    </w:tbl>
    <w:p w14:paraId="1A3B096E" w14:textId="77777777" w:rsidR="00DF20CE" w:rsidRDefault="00DF20CE">
      <w:pPr>
        <w:spacing w:after="40"/>
      </w:pPr>
    </w:p>
    <w:sectPr w:rsidR="00DF20CE" w:rsidSect="00034616">
      <w:headerReference w:type="default" r:id="rId8"/>
      <w:footerReference w:type="default" r:id="rId9"/>
      <w:pgSz w:w="12240" w:h="15840"/>
      <w:pgMar w:top="709" w:right="935" w:bottom="709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A9E59" w14:textId="77777777" w:rsidR="00BD06DC" w:rsidRDefault="00BD06DC">
      <w:pPr>
        <w:spacing w:after="0"/>
      </w:pPr>
      <w:r>
        <w:separator/>
      </w:r>
    </w:p>
  </w:endnote>
  <w:endnote w:type="continuationSeparator" w:id="0">
    <w:p w14:paraId="2BC89CFF" w14:textId="77777777" w:rsidR="00BD06DC" w:rsidRDefault="00BD06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FFC3B" w14:textId="77777777" w:rsidR="00DF20CE" w:rsidRDefault="00DD0F9C">
    <w:pPr>
      <w:pStyle w:val="Footer"/>
      <w:jc w:val="center"/>
    </w:pP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>
      <w:rPr>
        <w:color w:val="666666"/>
        <w:sz w:val="16"/>
      </w:rPr>
      <w:fldChar w:fldCharType="separate"/>
    </w:r>
    <w:r w:rsidR="005C6D99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4E5F1" w14:textId="77777777" w:rsidR="00BD06DC" w:rsidRDefault="00BD06DC">
      <w:pPr>
        <w:spacing w:after="0"/>
      </w:pPr>
      <w:r>
        <w:separator/>
      </w:r>
    </w:p>
  </w:footnote>
  <w:footnote w:type="continuationSeparator" w:id="0">
    <w:p w14:paraId="50004792" w14:textId="77777777" w:rsidR="00BD06DC" w:rsidRDefault="00BD06D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14A38" w14:textId="77777777" w:rsidR="00DF20CE" w:rsidRDefault="00DD0F9C">
    <w:pPr>
      <w:pStyle w:val="Header"/>
      <w:jc w:val="right"/>
    </w:pPr>
    <w:r>
      <w:rPr>
        <w:color w:val="666666"/>
        <w:sz w:val="15"/>
      </w:rPr>
      <w:t>YCAF • ბათუმი •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4605"/>
    <w:rsid w:val="0029639D"/>
    <w:rsid w:val="00326F90"/>
    <w:rsid w:val="00391BB3"/>
    <w:rsid w:val="004503AC"/>
    <w:rsid w:val="0048191C"/>
    <w:rsid w:val="004F21F1"/>
    <w:rsid w:val="00525AF9"/>
    <w:rsid w:val="005810BA"/>
    <w:rsid w:val="00583A4F"/>
    <w:rsid w:val="005C6D99"/>
    <w:rsid w:val="005E4614"/>
    <w:rsid w:val="0075430F"/>
    <w:rsid w:val="00782DEC"/>
    <w:rsid w:val="008B0A92"/>
    <w:rsid w:val="00963CBB"/>
    <w:rsid w:val="00986BBC"/>
    <w:rsid w:val="00AA1D8D"/>
    <w:rsid w:val="00B47730"/>
    <w:rsid w:val="00B77EE7"/>
    <w:rsid w:val="00BD06DC"/>
    <w:rsid w:val="00CB0664"/>
    <w:rsid w:val="00CF089B"/>
    <w:rsid w:val="00D7649B"/>
    <w:rsid w:val="00DC21CE"/>
    <w:rsid w:val="00DD0F9C"/>
    <w:rsid w:val="00DF20CE"/>
    <w:rsid w:val="00E965D3"/>
    <w:rsid w:val="00EC2093"/>
    <w:rsid w:val="00ED4A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AB04B"/>
  <w14:defaultImageDpi w14:val="300"/>
  <w15:docId w15:val="{8B45F8CF-C3E8-4200-B406-8A02D207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Sylfaen" w:eastAsia="Sylfaen" w:hAnsi="Sylfaen" w:cs="Sylfae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2BB7C2-206C-41DF-8D27-56FABF83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YCAF Microgrant Application Form - Batumi 2026</vt:lpstr>
    </vt:vector>
  </TitlesOfParts>
  <Manager/>
  <Company/>
  <LinksUpToDate>false</LinksUpToDate>
  <CharactersWithSpaces>10815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YCAF Microgrant Application Form - Batumi 2026</dc:title>
  <dc:subject>Youth Climate Action Fund microgrant application form</dc:subject>
  <dc:creator>Batumi City Hall</dc:creator>
  <cp:keywords/>
  <dc:description>generated by python-docx</dc:description>
  <cp:lastModifiedBy>Ruska</cp:lastModifiedBy>
  <cp:revision>2</cp:revision>
  <dcterms:created xsi:type="dcterms:W3CDTF">2026-09-25T07:25:00Z</dcterms:created>
  <dcterms:modified xsi:type="dcterms:W3CDTF">2026-09-25T07:25:00Z</dcterms:modified>
  <cp:category/>
</cp:coreProperties>
</file>